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b w:val="0"/>
        </w:rPr>
        <w:t>[NOMBRE Y APELLIDOS]</w:t>
        <w:br/>
      </w:r>
      <w:r>
        <w:rPr>
          <w:b w:val="0"/>
        </w:rPr>
        <w:t>[DIRECCIÓN]</w:t>
        <w:br/>
      </w:r>
      <w:r>
        <w:rPr>
          <w:b w:val="0"/>
        </w:rPr>
        <w:t>[CÓDIGO POSTAL Y LOCALIDAD]</w:t>
      </w:r>
    </w:p>
    <w:p>
      <w:pPr>
        <w:spacing w:after="280"/>
      </w:pPr>
      <w:r>
        <w:rPr>
          <w:b w:val="0"/>
        </w:rPr>
        <w:t>[EMPRESA U ORGANISMO]</w:t>
        <w:br/>
      </w:r>
      <w:r>
        <w:rPr>
          <w:b w:val="0"/>
        </w:rPr>
        <w:t>A la atención de [NOMBRE Y CARGO DE QUIEN LA RECIBE]</w:t>
        <w:br/>
      </w:r>
      <w:r>
        <w:rPr>
          <w:b w:val="0"/>
        </w:rPr>
        <w:t>[DIRECCIÓN]</w:t>
        <w:br/>
      </w:r>
      <w:r>
        <w:rPr>
          <w:b w:val="0"/>
        </w:rPr>
        <w:t>[CÓDIGO POSTAL Y LOCALIDAD]</w:t>
      </w:r>
    </w:p>
    <w:p>
      <w:pPr>
        <w:spacing w:after="280"/>
      </w:pPr>
      <w:r>
        <w:rPr>
          <w:b w:val="0"/>
        </w:rPr>
        <w:t>[LOCALIDAD], [DÍA] de [MES] de [AÑO]</w:t>
      </w:r>
    </w:p>
    <w:p>
      <w:pPr>
        <w:spacing w:after="280"/>
      </w:pPr>
      <w:r>
        <w:rPr>
          <w:b/>
        </w:rPr>
        <w:t>Asunto: [ASUNTO EN UNA LÍNEA]</w:t>
      </w:r>
    </w:p>
    <w:p>
      <w:r>
        <w:rPr>
          <w:b w:val="0"/>
        </w:rPr>
        <w:t>Estimada señora [APELLIDO]:</w:t>
      </w:r>
    </w:p>
    <w:p>
      <w:r>
        <w:rPr>
          <w:b w:val="0"/>
        </w:rPr>
        <w:t>Me dirijo a usted para solicitar [LO QUE PIDES], en relación con [PEDIDO, CONTRATO O EXPEDIENTE Y SU NÚMERO].</w:t>
      </w:r>
    </w:p>
    <w:p>
      <w:r>
        <w:rPr>
          <w:b w:val="0"/>
        </w:rPr>
        <w:t>[CUENTA EN DOS O TRES FRASES QUÉ HA PASADO, CON FECHAS Y DATOS CONCRETOS.]</w:t>
      </w:r>
    </w:p>
    <w:p>
      <w:r>
        <w:rPr>
          <w:b w:val="0"/>
        </w:rPr>
        <w:t>Le agradecería que me enviara [LA RESPUESTA, EL DOCUMENTO O LA SOLUCIÓN] antes del [FECHA], a la dirección que figura arriba o al correo [CORREO ELECTRÓNICO].</w:t>
      </w:r>
    </w:p>
    <w:p>
      <w:pPr>
        <w:spacing w:after="280"/>
      </w:pPr>
      <w:r>
        <w:rPr>
          <w:b w:val="0"/>
        </w:rPr>
        <w:t>Quedo a la espera de su respuesta. Le agradezco de antemano su atención.</w:t>
      </w:r>
    </w:p>
    <w:p>
      <w:pPr>
        <w:spacing w:after="800"/>
      </w:pPr>
      <w:r>
        <w:rPr>
          <w:b w:val="0"/>
        </w:rPr>
        <w:t>Atentamente,</w:t>
      </w:r>
    </w:p>
    <w:p>
      <w:r>
        <w:rPr>
          <w:b w:val="0"/>
        </w:rPr>
        <w:t>[FIRMA]</w:t>
        <w:br/>
      </w:r>
      <w:r>
        <w:rPr>
          <w:b w:val="0"/>
        </w:rPr>
        <w:t>[NOMBRE Y APELLIDOS]</w:t>
      </w:r>
    </w:p>
    <w:p>
      <w:r>
        <w:br w:type="page"/>
      </w:r>
    </w:p>
    <w:p>
      <w:pPr>
        <w:pStyle w:val="Heading1"/>
      </w:pPr>
      <w:r>
        <w:t>Saludos y despedidas para cartas formales</w:t>
      </w:r>
    </w:p>
    <w:p>
      <w:r>
        <w:rPr>
          <w:b w:val="0"/>
        </w:rPr>
        <w:t>Frases agrupadas para copiar. Cambia lo que va entre corchetes. Las reglas de puntuación son las de la Real Academia Española (Diccionario panhispánico de dudas y «Puntuación de saludos y despedidas en cartas y correos electrónicos»).</w:t>
      </w:r>
    </w:p>
    <w:p>
      <w:pPr>
        <w:pStyle w:val="Heading2"/>
      </w:pPr>
      <w:r>
        <w:t>Saludos (encabezamiento)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rPr>
                <w:b/>
              </w:rPr>
              <w:t>Situación</w:t>
            </w:r>
          </w:p>
        </w:tc>
        <w:tc>
          <w:tcPr>
            <w:tcW w:type="dxa" w:w="4536"/>
          </w:tcPr>
          <w:p>
            <w:r>
              <w:rPr>
                <w:b/>
              </w:rPr>
              <w:t>Saludo</w:t>
            </w:r>
          </w:p>
        </w:tc>
      </w:tr>
      <w:tr>
        <w:tc>
          <w:tcPr>
            <w:tcW w:type="dxa" w:w="4536"/>
          </w:tcPr>
          <w:p>
            <w:r>
              <w:t>Sabes el nombre de quien la lee</w:t>
            </w:r>
          </w:p>
        </w:tc>
        <w:tc>
          <w:tcPr>
            <w:tcW w:type="dxa" w:w="4536"/>
          </w:tcPr>
          <w:p>
            <w:r>
              <w:t>Estimada señora López:</w:t>
              <w:br/>
              <w:t>Estimado señor Pérez:</w:t>
              <w:br/>
              <w:t>Estimado Sr. Pérez:</w:t>
            </w:r>
          </w:p>
        </w:tc>
      </w:tr>
      <w:tr>
        <w:tc>
          <w:tcPr>
            <w:tcW w:type="dxa" w:w="4536"/>
          </w:tcPr>
          <w:p>
            <w:r>
              <w:t>Sabes el nombre y quieres más formalidad</w:t>
            </w:r>
          </w:p>
        </w:tc>
        <w:tc>
          <w:tcPr>
            <w:tcW w:type="dxa" w:w="4536"/>
          </w:tcPr>
          <w:p>
            <w:r>
              <w:t>Distinguida señora López:</w:t>
              <w:br/>
              <w:t>Distinguido señor Pérez:</w:t>
            </w:r>
          </w:p>
        </w:tc>
      </w:tr>
      <w:tr>
        <w:tc>
          <w:tcPr>
            <w:tcW w:type="dxa" w:w="4536"/>
          </w:tcPr>
          <w:p>
            <w:r>
              <w:t>Escribes a una empresa y no sabes quién la lee</w:t>
            </w:r>
          </w:p>
        </w:tc>
        <w:tc>
          <w:tcPr>
            <w:tcW w:type="dxa" w:w="4536"/>
          </w:tcPr>
          <w:p>
            <w:r>
              <w:t>Estimados señores:</w:t>
              <w:br/>
              <w:t>Muy señores míos:</w:t>
              <w:br/>
              <w:t>Señores:</w:t>
            </w:r>
          </w:p>
        </w:tc>
      </w:tr>
      <w:tr>
        <w:tc>
          <w:tcPr>
            <w:tcW w:type="dxa" w:w="4536"/>
          </w:tcPr>
          <w:p>
            <w:r>
              <w:t>La lee una persona, pero no sabes su nombre</w:t>
            </w:r>
          </w:p>
        </w:tc>
        <w:tc>
          <w:tcPr>
            <w:tcW w:type="dxa" w:w="4536"/>
          </w:tcPr>
          <w:p>
            <w:r>
              <w:t>Muy señor mío:</w:t>
              <w:br/>
              <w:t>Muy señora mía:</w:t>
              <w:br/>
              <w:t>Estimado señor:</w:t>
              <w:br/>
              <w:t>Estimada señora:</w:t>
            </w:r>
          </w:p>
        </w:tc>
      </w:tr>
      <w:tr>
        <w:tc>
          <w:tcPr>
            <w:tcW w:type="dxa" w:w="4536"/>
          </w:tcPr>
          <w:p>
            <w:r>
              <w:t>Ya os conocéis y el trato es profesional</w:t>
            </w:r>
          </w:p>
        </w:tc>
        <w:tc>
          <w:tcPr>
            <w:tcW w:type="dxa" w:w="4536"/>
          </w:tcPr>
          <w:p>
            <w:r>
              <w:t>Estimado Juan:</w:t>
              <w:br/>
              <w:t>Apreciada Ana:</w:t>
            </w:r>
          </w:p>
        </w:tc>
      </w:tr>
      <w:tr>
        <w:tc>
          <w:tcPr>
            <w:tcW w:type="dxa" w:w="4536"/>
          </w:tcPr>
          <w:p>
            <w:r>
              <w:t>Correo con trato cercano</w:t>
            </w:r>
          </w:p>
        </w:tc>
        <w:tc>
          <w:tcPr>
            <w:tcW w:type="dxa" w:w="4536"/>
          </w:tcPr>
          <w:p>
            <w:r>
              <w:t>Hola, Ana:</w:t>
              <w:br/>
              <w:t>Buenos días:</w:t>
            </w:r>
          </w:p>
        </w:tc>
      </w:tr>
      <w:tr>
        <w:tc>
          <w:tcPr>
            <w:tcW w:type="dxa" w:w="4536"/>
          </w:tcPr>
          <w:p>
            <w:r>
              <w:t>Cargo con tratamiento oficial</w:t>
            </w:r>
          </w:p>
        </w:tc>
        <w:tc>
          <w:tcPr>
            <w:tcW w:type="dxa" w:w="4536"/>
          </w:tcPr>
          <w:p>
            <w:r>
              <w:t>Excelentísimo señor:</w:t>
              <w:br/>
              <w:t>Ilustrísima señora:</w:t>
            </w:r>
          </w:p>
        </w:tc>
      </w:tr>
    </w:tbl>
    <w:p>
      <w:r>
        <w:rPr>
          <w:b w:val="0"/>
        </w:rPr>
      </w:r>
    </w:p>
    <w:p>
      <w:r>
        <w:rPr>
          <w:b w:val="0"/>
        </w:rPr>
        <w:t>Sr., Sra., D. y D.ª solo delante del nombre: «Estimado Sr. Pérez:». Sin apellido, la palabra entera: «Estimado señor:». Tras el saludo van dos puntos, y el texto empieza en la línea siguiente con mayúscula.</w:t>
      </w:r>
    </w:p>
    <w:p>
      <w:pPr>
        <w:pStyle w:val="Heading2"/>
      </w:pPr>
      <w:r>
        <w:t>Frases para empezar</w:t>
      </w:r>
    </w:p>
    <w:p>
      <w:pPr>
        <w:spacing w:after="40"/>
      </w:pPr>
      <w:r>
        <w:rPr>
          <w:b/>
        </w:rPr>
        <w:t>Para pedir algo</w:t>
      </w:r>
    </w:p>
    <w:p>
      <w:pPr>
        <w:pStyle w:val="ListBullet"/>
      </w:pPr>
      <w:r>
        <w:t>Me dirijo a usted para solicitar [LO QUE PIDES].</w:t>
      </w:r>
    </w:p>
    <w:p>
      <w:pPr>
        <w:pStyle w:val="ListBullet"/>
      </w:pPr>
      <w:r>
        <w:t>Por la presente solicito [LO QUE PIDES].</w:t>
      </w:r>
    </w:p>
    <w:p>
      <w:pPr>
        <w:pStyle w:val="ListBullet"/>
      </w:pPr>
      <w:r>
        <w:t>Le escribo para pedirle información sobre [ASUNTO].</w:t>
      </w:r>
    </w:p>
    <w:p>
      <w:pPr>
        <w:pStyle w:val="ListBullet"/>
      </w:pPr>
      <w:r>
        <w:t>Le agradecería que me enviara [DOCUMENTO O INFORMACIÓN].</w:t>
      </w:r>
    </w:p>
    <w:p>
      <w:pPr>
        <w:pStyle w:val="ListBullet"/>
      </w:pPr>
      <w:r>
        <w:t>Como cliente de [EMPRESA] desde [AÑO], les solicito [LO QUE PIDES].</w:t>
      </w:r>
    </w:p>
    <w:p>
      <w:pPr>
        <w:pStyle w:val="ListBullet"/>
      </w:pPr>
      <w:r>
        <w:t>Le reitero la solicitud que le envié el [FECHA] sobre [ASUNTO].</w:t>
      </w:r>
    </w:p>
    <w:p>
      <w:pPr>
        <w:spacing w:after="40"/>
      </w:pPr>
      <w:r>
        <w:rPr>
          <w:b/>
        </w:rPr>
        <w:t>Para responder a un escrito</w:t>
      </w:r>
    </w:p>
    <w:p>
      <w:pPr>
        <w:pStyle w:val="ListBullet"/>
      </w:pPr>
      <w:r>
        <w:t>En respuesta a su escrito del [FECHA], le comunico que [RESPUESTA].</w:t>
      </w:r>
    </w:p>
    <w:p>
      <w:pPr>
        <w:pStyle w:val="ListBullet"/>
      </w:pPr>
      <w:r>
        <w:t>En relación con su carta del [FECHA], referente a [ASUNTO], le informo de que [RESPUESTA].</w:t>
      </w:r>
    </w:p>
    <w:p>
      <w:pPr>
        <w:pStyle w:val="ListBullet"/>
      </w:pPr>
      <w:r>
        <w:t>Acabo de recibir su factura n.º [NÚMERO] y [LO QUE QUIERES DECIR].</w:t>
      </w:r>
    </w:p>
    <w:p>
      <w:pPr>
        <w:pStyle w:val="ListBullet"/>
      </w:pPr>
      <w:r>
        <w:t>Conforme a la conversación telefónica que mantuvimos el [FECHA], le confirmo [LO ACORDADO].</w:t>
      </w:r>
    </w:p>
    <w:p>
      <w:pPr>
        <w:pStyle w:val="ListBullet"/>
      </w:pPr>
      <w:r>
        <w:t>Una vez revisado el expediente [NÚMERO], le comunico que [RESPUESTA].</w:t>
      </w:r>
    </w:p>
    <w:p>
      <w:pPr>
        <w:pStyle w:val="ListBullet"/>
      </w:pPr>
      <w:r>
        <w:t>Atendiendo a lo que nos solicitó el [FECHA], le remito [DOCUMENTO].</w:t>
      </w:r>
    </w:p>
    <w:p>
      <w:pPr>
        <w:spacing w:after="40"/>
      </w:pPr>
      <w:r>
        <w:rPr>
          <w:b/>
        </w:rPr>
        <w:t>Para reclamar</w:t>
      </w:r>
    </w:p>
    <w:p>
      <w:pPr>
        <w:pStyle w:val="ListBullet"/>
      </w:pPr>
      <w:r>
        <w:t>Me pongo en contacto con ustedes para presentar una reclamación por [MOTIVO].</w:t>
      </w:r>
    </w:p>
    <w:p>
      <w:pPr>
        <w:pStyle w:val="ListBullet"/>
      </w:pPr>
      <w:r>
        <w:t>El pasado [FECHA] compré [PRODUCTO] en [TIENDA O WEB] y [QUÉ HA FALLADO].</w:t>
      </w:r>
    </w:p>
    <w:p>
      <w:pPr>
        <w:pStyle w:val="ListBullet"/>
      </w:pPr>
      <w:r>
        <w:t>Lamento tener que dirigirme de nuevo a ustedes por [MOTIVO], ya que [SITUACIÓN].</w:t>
      </w:r>
    </w:p>
    <w:p>
      <w:pPr>
        <w:pStyle w:val="ListBullet"/>
      </w:pPr>
      <w:r>
        <w:t>Por la presente, y en ejercicio de mi derecho, solicito [LA DEVOLUCIÓN, LA BAJA O LO QUE CORRESPONDA].</w:t>
      </w:r>
    </w:p>
    <w:p>
      <w:pPr>
        <w:pStyle w:val="ListBullet"/>
      </w:pPr>
      <w:r>
        <w:t>Les comunico que no acepto [CARGO, CAMBIO O CONDICIÓN] por [MOTIVO].</w:t>
      </w:r>
    </w:p>
    <w:p>
      <w:pPr>
        <w:spacing w:after="40"/>
      </w:pPr>
      <w:r>
        <w:rPr>
          <w:b/>
        </w:rPr>
        <w:t>Para informar o comunicar algo</w:t>
      </w:r>
    </w:p>
    <w:p>
      <w:pPr>
        <w:pStyle w:val="ListBullet"/>
      </w:pPr>
      <w:r>
        <w:t>Por medio de la presente le comunico que, a partir del [FECHA], [CAMBIO].</w:t>
      </w:r>
    </w:p>
    <w:p>
      <w:pPr>
        <w:pStyle w:val="ListBullet"/>
      </w:pPr>
      <w:r>
        <w:t>Pongo en su conocimiento que [HECHO].</w:t>
      </w:r>
    </w:p>
    <w:p>
      <w:pPr>
        <w:pStyle w:val="ListBullet"/>
      </w:pPr>
      <w:r>
        <w:t>Tengo el gusto de informarle de que [NOTICIA].</w:t>
      </w:r>
    </w:p>
    <w:p>
      <w:pPr>
        <w:pStyle w:val="ListBullet"/>
      </w:pPr>
      <w:r>
        <w:t>Adjunto le remito [DOCUMENTO] para [MOTIVO].</w:t>
      </w:r>
    </w:p>
    <w:p>
      <w:pPr>
        <w:pStyle w:val="ListBullet"/>
      </w:pPr>
      <w:r>
        <w:t>Le doy traslado de [DOCUMENTO O ESCRITO] recibido el [FECHA].</w:t>
      </w:r>
    </w:p>
    <w:p>
      <w:pPr>
        <w:pStyle w:val="ListBullet"/>
      </w:pPr>
      <w:r>
        <w:t>Por la presente se le convoca a la reunión que se celebrará el [FECHA] a las [HORA] en [LUGAR].</w:t>
      </w:r>
    </w:p>
    <w:p>
      <w:pPr>
        <w:spacing w:after="40"/>
      </w:pPr>
      <w:r>
        <w:rPr>
          <w:b/>
        </w:rPr>
        <w:t>Para dar las gracias</w:t>
      </w:r>
    </w:p>
    <w:p>
      <w:pPr>
        <w:pStyle w:val="ListBullet"/>
      </w:pPr>
      <w:r>
        <w:t>Le escribo para darle las gracias por [MOTIVO].</w:t>
      </w:r>
    </w:p>
    <w:p>
      <w:pPr>
        <w:pStyle w:val="ListBullet"/>
      </w:pPr>
      <w:r>
        <w:t>Quiero agradecerle la atención que nos prestó durante [VISITA, REUNIÓN O GESTIÓN].</w:t>
      </w:r>
    </w:p>
    <w:p>
      <w:pPr>
        <w:pStyle w:val="ListBullet"/>
      </w:pPr>
      <w:r>
        <w:t>En nombre de [EMPRESA] y en el mío propio, le damos las gracias por [MOTIVO].</w:t>
      </w:r>
    </w:p>
    <w:p>
      <w:pPr>
        <w:pStyle w:val="Heading2"/>
      </w:pPr>
      <w:r>
        <w:t>Frases para cerrar (antes de la despedida)</w:t>
      </w:r>
    </w:p>
    <w:p>
      <w:pPr>
        <w:pStyle w:val="ListBullet"/>
      </w:pPr>
      <w:r>
        <w:t>Quedo a la espera de su respuesta.</w:t>
      </w:r>
    </w:p>
    <w:p>
      <w:pPr>
        <w:pStyle w:val="ListBullet"/>
      </w:pPr>
      <w:r>
        <w:t>Quedo a la espera de sus noticias e instrucciones.</w:t>
      </w:r>
    </w:p>
    <w:p>
      <w:pPr>
        <w:pStyle w:val="ListBullet"/>
      </w:pPr>
      <w:r>
        <w:t>Quedo a su disposición para cualquier aclaración.</w:t>
      </w:r>
    </w:p>
    <w:p>
      <w:pPr>
        <w:pStyle w:val="ListBullet"/>
      </w:pPr>
      <w:r>
        <w:t>Le agradezco de antemano su atención.</w:t>
      </w:r>
    </w:p>
    <w:p>
      <w:pPr>
        <w:pStyle w:val="ListBullet"/>
      </w:pPr>
      <w:r>
        <w:t>Muchas gracias por su colaboración.</w:t>
      </w:r>
    </w:p>
    <w:p>
      <w:pPr>
        <w:pStyle w:val="ListBullet"/>
      </w:pPr>
      <w:r>
        <w:t>Confío en que este asunto se resuelva lo antes posible.</w:t>
      </w:r>
    </w:p>
    <w:p>
      <w:pPr>
        <w:pStyle w:val="ListBullet"/>
      </w:pPr>
      <w:r>
        <w:t>Espero su respuesta y una solución al problema.</w:t>
      </w:r>
    </w:p>
    <w:p>
      <w:pPr>
        <w:pStyle w:val="ListBullet"/>
      </w:pPr>
      <w:r>
        <w:t>Por todo lo expuesto, solicito [LO QUE PIDES].</w:t>
      </w:r>
    </w:p>
    <w:p>
      <w:pPr>
        <w:pStyle w:val="ListBullet"/>
      </w:pPr>
      <w:r>
        <w:t>Les ruego que me confirmen la recepción de este escrito.</w:t>
      </w:r>
    </w:p>
    <w:p>
      <w:pPr>
        <w:pStyle w:val="ListBullet"/>
      </w:pPr>
      <w:r>
        <w:t>Ruego tengan por presentada esta comunicación a los efectos oportunos.</w:t>
      </w:r>
    </w:p>
    <w:p>
      <w:pPr>
        <w:pStyle w:val="Heading2"/>
      </w:pPr>
      <w:r>
        <w:t>Despedidas, de más formal a más cercana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rPr>
                <w:b/>
              </w:rPr>
              <w:t>Despedida</w:t>
            </w:r>
          </w:p>
        </w:tc>
        <w:tc>
          <w:tcPr>
            <w:tcW w:type="dxa" w:w="4536"/>
          </w:tcPr>
          <w:p>
            <w:r>
              <w:rPr>
                <w:b/>
              </w:rPr>
              <w:t>Qué va detrás, antes de la firma</w:t>
            </w:r>
          </w:p>
        </w:tc>
      </w:tr>
      <w:tr>
        <w:tc>
          <w:tcPr>
            <w:tcW w:type="dxa" w:w="4536"/>
          </w:tcPr>
          <w:p>
            <w:r>
              <w:t>Sin otro particular, le saluda atentamente</w:t>
            </w:r>
          </w:p>
        </w:tc>
        <w:tc>
          <w:tcPr>
            <w:tcW w:type="dxa" w:w="4536"/>
          </w:tcPr>
          <w:p>
            <w:r>
              <w:t>Nada, sigue la firma</w:t>
            </w:r>
          </w:p>
        </w:tc>
      </w:tr>
      <w:tr>
        <w:tc>
          <w:tcPr>
            <w:tcW w:type="dxa" w:w="4536"/>
          </w:tcPr>
          <w:p>
            <w:r>
              <w:t>Agradeciéndole de antemano su atención, le saluda atentamente</w:t>
            </w:r>
          </w:p>
        </w:tc>
        <w:tc>
          <w:tcPr>
            <w:tcW w:type="dxa" w:w="4536"/>
          </w:tcPr>
          <w:p>
            <w:r>
              <w:t>Nada, sigue la firma</w:t>
            </w:r>
          </w:p>
        </w:tc>
      </w:tr>
      <w:tr>
        <w:tc>
          <w:tcPr>
            <w:tcW w:type="dxa" w:w="4536"/>
          </w:tcPr>
          <w:p>
            <w:r>
              <w:t>Reciba un cordial saludo.</w:t>
            </w:r>
          </w:p>
        </w:tc>
        <w:tc>
          <w:tcPr>
            <w:tcW w:type="dxa" w:w="4536"/>
          </w:tcPr>
          <w:p>
            <w:r>
              <w:t>Punto</w:t>
            </w:r>
          </w:p>
        </w:tc>
      </w:tr>
      <w:tr>
        <w:tc>
          <w:tcPr>
            <w:tcW w:type="dxa" w:w="4536"/>
          </w:tcPr>
          <w:p>
            <w:r>
              <w:t>Atentamente,</w:t>
            </w:r>
          </w:p>
        </w:tc>
        <w:tc>
          <w:tcPr>
            <w:tcW w:type="dxa" w:w="4536"/>
          </w:tcPr>
          <w:p>
            <w:r>
              <w:t>Coma</w:t>
            </w:r>
          </w:p>
        </w:tc>
      </w:tr>
      <w:tr>
        <w:tc>
          <w:tcPr>
            <w:tcW w:type="dxa" w:w="4536"/>
          </w:tcPr>
          <w:p>
            <w:r>
              <w:t>Cordialmente,</w:t>
            </w:r>
          </w:p>
        </w:tc>
        <w:tc>
          <w:tcPr>
            <w:tcW w:type="dxa" w:w="4536"/>
          </w:tcPr>
          <w:p>
            <w:r>
              <w:t>Coma</w:t>
            </w:r>
          </w:p>
        </w:tc>
      </w:tr>
      <w:tr>
        <w:tc>
          <w:tcPr>
            <w:tcW w:type="dxa" w:w="4536"/>
          </w:tcPr>
          <w:p>
            <w:r>
              <w:t>Saludos cordiales,</w:t>
            </w:r>
          </w:p>
        </w:tc>
        <w:tc>
          <w:tcPr>
            <w:tcW w:type="dxa" w:w="4536"/>
          </w:tcPr>
          <w:p>
            <w:r>
              <w:t>Coma</w:t>
            </w:r>
          </w:p>
        </w:tc>
      </w:tr>
      <w:tr>
        <w:tc>
          <w:tcPr>
            <w:tcW w:type="dxa" w:w="4536"/>
          </w:tcPr>
          <w:p>
            <w:r>
              <w:t>Un cordial saludo,</w:t>
            </w:r>
          </w:p>
        </w:tc>
        <w:tc>
          <w:tcPr>
            <w:tcW w:type="dxa" w:w="4536"/>
          </w:tcPr>
          <w:p>
            <w:r>
              <w:t>Coma</w:t>
            </w:r>
          </w:p>
        </w:tc>
      </w:tr>
      <w:tr>
        <w:tc>
          <w:tcPr>
            <w:tcW w:type="dxa" w:w="4536"/>
          </w:tcPr>
          <w:p>
            <w:r>
              <w:t>Un saludo,</w:t>
            </w:r>
          </w:p>
        </w:tc>
        <w:tc>
          <w:tcPr>
            <w:tcW w:type="dxa" w:w="4536"/>
          </w:tcPr>
          <w:p>
            <w:r>
              <w:t>Coma</w:t>
            </w:r>
          </w:p>
        </w:tc>
      </w:tr>
      <w:tr>
        <w:tc>
          <w:tcPr>
            <w:tcW w:type="dxa" w:w="4536"/>
          </w:tcPr>
          <w:p>
            <w:r>
              <w:t>Un abrazo,</w:t>
            </w:r>
          </w:p>
        </w:tc>
        <w:tc>
          <w:tcPr>
            <w:tcW w:type="dxa" w:w="4536"/>
          </w:tcPr>
          <w:p>
            <w:r>
              <w:t>Coma</w:t>
            </w:r>
          </w:p>
        </w:tc>
      </w:tr>
    </w:tbl>
    <w:p>
      <w:r>
        <w:rPr>
          <w:b w:val="0"/>
        </w:rPr>
      </w:r>
    </w:p>
    <w:p>
      <w:r>
        <w:rPr>
          <w:b w:val="0"/>
        </w:rPr>
        <w:t>La firma va siempre en un párrafo aparte.</w:t>
      </w:r>
    </w:p>
    <w:p>
      <w:pPr>
        <w:pStyle w:val="Heading2"/>
      </w:pPr>
      <w:r>
        <w:t>Frases de agradecimiento y bienvenida</w:t>
      </w:r>
    </w:p>
    <w:p>
      <w:pPr>
        <w:pStyle w:val="ListBullet"/>
      </w:pPr>
      <w:r>
        <w:t>Le agradecemos su escrito, en el que nos comunica [LO QUE COMUNICA].</w:t>
      </w:r>
    </w:p>
    <w:p>
      <w:pPr>
        <w:pStyle w:val="ListBullet"/>
      </w:pPr>
      <w:r>
        <w:t>En nombre de [EMPRESA], queremos agradecerle [MOTIVO].</w:t>
      </w:r>
    </w:p>
    <w:p>
      <w:pPr>
        <w:pStyle w:val="ListBullet"/>
      </w:pPr>
      <w:r>
        <w:t>En nombre de la empresa y en el mío propio, gracias por asistir a [CONGRESO, CEREMONIA O EVENTO].</w:t>
      </w:r>
    </w:p>
    <w:p>
      <w:pPr>
        <w:pStyle w:val="ListBullet"/>
      </w:pPr>
      <w:r>
        <w:t>Quiero darle las gracias por la atención prestada durante la visita a [LUGAR].</w:t>
      </w:r>
    </w:p>
    <w:p>
      <w:pPr>
        <w:pStyle w:val="ListBullet"/>
      </w:pPr>
      <w:r>
        <w:t>Reciba mi agradecimiento por [MOTIVO].</w:t>
      </w:r>
    </w:p>
    <w:p>
      <w:pPr>
        <w:pStyle w:val="ListBullet"/>
      </w:pPr>
      <w:r>
        <w:t>Muchas gracias por la confianza que ha depositado en [EMPRESA].</w:t>
      </w:r>
    </w:p>
    <w:p>
      <w:pPr>
        <w:pStyle w:val="ListBullet"/>
      </w:pPr>
      <w:r>
        <w:t>Reciba nuestra más sincera felicitación por [MOTIVO].</w:t>
      </w:r>
    </w:p>
    <w:p>
      <w:pPr>
        <w:pStyle w:val="ListBullet"/>
      </w:pPr>
      <w:r>
        <w:t>Le deseamos lo mejor en la celebración de [EVENTO].</w:t>
      </w:r>
    </w:p>
    <w:p>
      <w:pPr>
        <w:pStyle w:val="ListBullet"/>
      </w:pPr>
      <w:r>
        <w:t>Es un placer darle la bienvenida a [EMPRESA, ASOCIACIÓN O CLUB].</w:t>
      </w:r>
    </w:p>
    <w:p>
      <w:pPr>
        <w:pStyle w:val="ListBullet"/>
      </w:pPr>
      <w:r>
        <w:t>[EMPRESA] le da la bienvenida como nuevo cliente.</w:t>
      </w:r>
    </w:p>
    <w:p>
      <w:r>
        <w:rPr>
          <w:b w:val="0"/>
        </w:rPr>
      </w:r>
    </w:p>
    <w:p>
      <w:r>
        <w:rPr>
          <w:b w:val="0"/>
        </w:rPr>
        <w:t>Modelo orientativo de www.modelines.com.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