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RECIBÍ DE DINERO</w:t>
      </w:r>
    </w:p>
    <w:p>
      <w:pPr>
        <w:jc w:val="left"/>
      </w:pPr>
      <w:r>
        <w:rPr>
          <w:b w:val="0"/>
        </w:rPr>
        <w:t xml:space="preserve">Yo, </w:t>
      </w:r>
      <w:r>
        <w:rPr>
          <w:b w:val="0"/>
          <w:highlight w:val="yellow"/>
        </w:rPr>
        <w:t>[NOMBRE Y APELLIDOS DE QUIEN RECIBE]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declaro haber recibido de </w:t>
      </w:r>
      <w:r>
        <w:rPr>
          <w:b w:val="0"/>
          <w:highlight w:val="yellow"/>
        </w:rPr>
        <w:t>[NOMBRE Y APELLIDOS DE QUIEN PAGA]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la cantidad de </w:t>
      </w:r>
      <w:r>
        <w:rPr>
          <w:b w:val="0"/>
          <w:highlight w:val="yellow"/>
        </w:rPr>
        <w:t>[IMPORTE EN LETRAS]</w:t>
      </w:r>
      <w:r>
        <w:rPr>
          <w:b w:val="0"/>
        </w:rPr>
        <w:t xml:space="preserve"> euros (</w:t>
      </w:r>
      <w:r>
        <w:rPr>
          <w:b w:val="0"/>
          <w:highlight w:val="yellow"/>
        </w:rPr>
        <w:t>[IMPORTE EN CIFRAS]</w:t>
      </w:r>
      <w:r>
        <w:rPr>
          <w:b w:val="0"/>
        </w:rPr>
        <w:t xml:space="preserve"> €) en concepto de </w:t>
      </w:r>
      <w:r>
        <w:rPr>
          <w:b w:val="0"/>
          <w:highlight w:val="yellow"/>
        </w:rPr>
        <w:t>[CONCEPTO: SEÑAL, PAGO, DEVOLUCIÓN...]</w:t>
      </w:r>
      <w:r>
        <w:rPr>
          <w:b w:val="0"/>
        </w:rPr>
        <w:t>.</w:t>
      </w:r>
    </w:p>
    <w:p>
      <w:r>
        <w:rPr>
          <w:b w:val="0"/>
        </w:rPr>
        <w:t xml:space="preserve">Forma de pago: </w:t>
      </w:r>
      <w:r>
        <w:rPr>
          <w:b w:val="0"/>
          <w:highlight w:val="yellow"/>
        </w:rPr>
        <w:t>[EFECTIVO, TRANSFERENCIA, BIZUM O CHEQUE]</w:t>
      </w:r>
    </w:p>
    <w:p>
      <w:pPr>
        <w:spacing w:after="200"/>
      </w:pPr>
      <w:r>
        <w:rPr>
          <w:b w:val="0"/>
        </w:rPr>
        <w:t xml:space="preserve">Y para que conste, firmo este recibí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  <w:r>
        <w:rPr>
          <w:b w:val="0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252"/>
          </w:tcPr>
          <w:p>
            <w:pPr>
              <w:spacing w:after="600"/>
            </w:pPr>
            <w:r>
              <w:rPr>
                <w:b w:val="0"/>
              </w:rPr>
              <w:t>Firma de quien recibe:</w:t>
            </w:r>
          </w:p>
          <w:p>
            <w:pPr>
              <w:spacing w:after="0"/>
            </w:pPr>
            <w:r>
              <w:rPr>
                <w:b w:val="0"/>
              </w:rPr>
              <w:t>______________________________</w:t>
            </w:r>
          </w:p>
          <w:p>
            <w:r>
              <w:rPr>
                <w:b w:val="0"/>
                <w:highlight w:val="yellow"/>
              </w:rPr>
              <w:t>[NOMBRE Y APELLIDOS]</w:t>
            </w:r>
          </w:p>
        </w:tc>
        <w:tc>
          <w:tcPr>
            <w:tcW w:type="dxa" w:w="4252"/>
          </w:tcPr>
          <w:p>
            <w:pPr>
              <w:spacing w:after="600"/>
            </w:pPr>
            <w:r>
              <w:rPr>
                <w:b w:val="0"/>
              </w:rPr>
              <w:t>Firma de quien paga (opcional):</w:t>
            </w:r>
          </w:p>
          <w:p>
            <w:pPr>
              <w:spacing w:after="0"/>
            </w:pPr>
            <w:r>
              <w:rPr>
                <w:b w:val="0"/>
              </w:rPr>
              <w:t>______________________________</w:t>
            </w:r>
          </w:p>
          <w:p>
            <w:r>
              <w:rPr>
                <w:b w:val="0"/>
                <w:highlight w:val="yellow"/>
              </w:rPr>
              <w:t>[NOMBRE Y APELLIDOS]</w:t>
            </w:r>
          </w:p>
        </w:tc>
      </w:tr>
    </w:tbl>
    <w:p>
      <w:pPr>
        <w:spacing w:before="280" w:after="280"/>
        <w:jc w:val="center"/>
      </w:pPr>
      <w:r>
        <w:rPr>
          <w:color w:val="999999"/>
          <w:sz w:val="18"/>
        </w:rPr>
        <w:t xml:space="preserve">- - - - - - - - - - - - - - - - - - - - - - - - - - - - - - - - - - - - - - </w:t>
      </w:r>
    </w:p>
    <w:p>
      <w:pPr>
        <w:spacing w:after="240"/>
        <w:jc w:val="center"/>
      </w:pPr>
      <w:r>
        <w:rPr>
          <w:b/>
          <w:sz w:val="28"/>
        </w:rPr>
        <w:t>RECIBÍ DE DOCUMENTOS U OBJETOS</w:t>
      </w:r>
    </w:p>
    <w:p>
      <w:pPr>
        <w:jc w:val="left"/>
      </w:pPr>
      <w:r>
        <w:rPr>
          <w:b w:val="0"/>
        </w:rPr>
        <w:t xml:space="preserve">Yo, </w:t>
      </w:r>
      <w:r>
        <w:rPr>
          <w:b w:val="0"/>
          <w:highlight w:val="yellow"/>
        </w:rPr>
        <w:t>[NOMBRE Y APELLIDOS DE QUIEN RECIBE]</w:t>
      </w:r>
      <w:r>
        <w:rPr>
          <w:b w:val="0"/>
        </w:rPr>
        <w:t xml:space="preserve">, con DNI/NIE </w:t>
      </w:r>
      <w:r>
        <w:rPr>
          <w:b w:val="0"/>
          <w:highlight w:val="yellow"/>
        </w:rPr>
        <w:t>[NÚMERO]</w:t>
      </w:r>
      <w:r>
        <w:rPr>
          <w:b w:val="0"/>
        </w:rPr>
        <w:t xml:space="preserve">, declaro haber recibido de </w:t>
      </w:r>
      <w:r>
        <w:rPr>
          <w:b w:val="0"/>
          <w:highlight w:val="yellow"/>
        </w:rPr>
        <w:t>[NOMBRE Y APELLIDOS O EMPRESA QUE ENTREGA]</w:t>
      </w:r>
      <w:r>
        <w:rPr>
          <w:b w:val="0"/>
        </w:rPr>
        <w:t xml:space="preserve"> lo siguiente:</w:t>
      </w:r>
    </w:p>
    <w:p>
      <w:pPr>
        <w:spacing w:after="80"/>
        <w:ind w:left="454" w:hanging="283"/>
      </w:pPr>
      <w:r>
        <w:rPr>
          <w:b w:val="0"/>
        </w:rPr>
        <w:t xml:space="preserve">1. </w:t>
      </w:r>
      <w:r>
        <w:rPr>
          <w:b w:val="0"/>
          <w:highlight w:val="yellow"/>
        </w:rPr>
        <w:t>[DOCUMENTO U OBJETO: ORIGINAL O COPIA, NÚMERO DE PÁGINAS, MARCA, NÚMERO DE SERIE...]</w:t>
      </w:r>
    </w:p>
    <w:p>
      <w:pPr>
        <w:spacing w:after="80"/>
        <w:ind w:left="454" w:hanging="283"/>
      </w:pPr>
      <w:r>
        <w:rPr>
          <w:b w:val="0"/>
        </w:rPr>
        <w:t xml:space="preserve">2. </w:t>
      </w:r>
      <w:r>
        <w:rPr>
          <w:b w:val="0"/>
          <w:highlight w:val="yellow"/>
        </w:rPr>
        <w:t>[DOCUMENTO U OBJETO]</w:t>
      </w:r>
    </w:p>
    <w:p>
      <w:pPr>
        <w:spacing w:after="80"/>
        <w:ind w:left="454" w:hanging="283"/>
      </w:pPr>
      <w:r>
        <w:rPr>
          <w:b w:val="0"/>
        </w:rPr>
        <w:t xml:space="preserve">3. </w:t>
      </w:r>
      <w:r>
        <w:rPr>
          <w:b w:val="0"/>
          <w:highlight w:val="yellow"/>
        </w:rPr>
        <w:t>[DOCUMENTO U OBJETO]</w:t>
      </w:r>
    </w:p>
    <w:p>
      <w:pPr>
        <w:jc w:val="left"/>
      </w:pPr>
      <w:r>
        <w:rPr>
          <w:b w:val="0"/>
        </w:rPr>
        <w:t xml:space="preserve">Lo recibo </w:t>
      </w:r>
      <w:r>
        <w:rPr>
          <w:b w:val="0"/>
          <w:highlight w:val="yellow"/>
        </w:rPr>
        <w:t>[EN BUEN ESTADO / CON ESTAS OBSERVACIONES: ...]</w:t>
      </w:r>
      <w:r>
        <w:rPr>
          <w:b w:val="0"/>
        </w:rPr>
        <w:t xml:space="preserve"> en concepto de </w:t>
      </w:r>
      <w:r>
        <w:rPr>
          <w:b w:val="0"/>
          <w:highlight w:val="yellow"/>
        </w:rPr>
        <w:t>[MOTIVO: DEVOLUCIÓN, PRÉSTAMO, DEPÓSITO, ENTREGA DE LLAVES...]</w:t>
      </w:r>
      <w:r>
        <w:rPr>
          <w:b w:val="0"/>
        </w:rPr>
        <w:t>.</w:t>
      </w:r>
    </w:p>
    <w:p>
      <w:pPr>
        <w:spacing w:after="200"/>
      </w:pPr>
      <w:r>
        <w:rPr>
          <w:b w:val="0"/>
        </w:rPr>
        <w:t xml:space="preserve">Y para que conste, firmo este recibí en </w:t>
      </w:r>
      <w:r>
        <w:rPr>
          <w:b w:val="0"/>
          <w:highlight w:val="yellow"/>
        </w:rPr>
        <w:t>[LOCALIDAD]</w:t>
      </w:r>
      <w:r>
        <w:rPr>
          <w:b w:val="0"/>
        </w:rPr>
        <w:t xml:space="preserve">, a </w:t>
      </w:r>
      <w:r>
        <w:rPr>
          <w:b w:val="0"/>
          <w:highlight w:val="yellow"/>
        </w:rPr>
        <w:t>[FECHA]</w:t>
      </w:r>
      <w:r>
        <w:rPr>
          <w:b w:val="0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252"/>
          </w:tcPr>
          <w:p>
            <w:pPr>
              <w:spacing w:after="600"/>
            </w:pPr>
            <w:r>
              <w:rPr>
                <w:b w:val="0"/>
              </w:rPr>
              <w:t>Firma de quien recibe:</w:t>
            </w:r>
          </w:p>
          <w:p>
            <w:pPr>
              <w:spacing w:after="0"/>
            </w:pPr>
            <w:r>
              <w:rPr>
                <w:b w:val="0"/>
              </w:rPr>
              <w:t>______________________________</w:t>
            </w:r>
          </w:p>
          <w:p>
            <w:r>
              <w:rPr>
                <w:b w:val="0"/>
                <w:highlight w:val="yellow"/>
              </w:rPr>
              <w:t>[NOMBRE Y APELLIDOS]</w:t>
            </w:r>
          </w:p>
        </w:tc>
        <w:tc>
          <w:tcPr>
            <w:tcW w:type="dxa" w:w="4252"/>
          </w:tcPr>
          <w:p>
            <w:pPr>
              <w:spacing w:after="600"/>
            </w:pPr>
            <w:r>
              <w:rPr>
                <w:b w:val="0"/>
              </w:rPr>
              <w:t>Firma de quien entrega (opcional):</w:t>
            </w:r>
          </w:p>
          <w:p>
            <w:pPr>
              <w:spacing w:after="0"/>
            </w:pPr>
            <w:r>
              <w:rPr>
                <w:b w:val="0"/>
              </w:rPr>
              <w:t>______________________________</w:t>
            </w:r>
          </w:p>
          <w:p>
            <w:r>
              <w:rPr>
                <w:b w:val="0"/>
                <w:highlight w:val="yellow"/>
              </w:rPr>
              <w:t>[NOMBRE Y APELLIDOS]</w:t>
            </w:r>
          </w:p>
        </w:tc>
      </w:tr>
    </w:tbl>
    <w:p>
      <w:pPr>
        <w:spacing w:before="200"/>
      </w:pPr>
      <w:r>
        <w:rPr>
          <w:i/>
          <w:color w:val="666666"/>
          <w:sz w:val="18"/>
        </w:rPr>
        <w:t>Modelo orientativo de www.modelines.com. Sustituye los textos entre corchetes por tus datos y borra lo que no uses.</w:t>
      </w:r>
    </w:p>
    <w:sectPr w:rsidR="00FC693F" w:rsidRPr="0006063C" w:rsidSect="00034616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76" w:lineRule="auto"/>
    </w:pPr>
    <w:rPr>
      <w:rFonts w:ascii="Calibri" w:hAnsi="Calibri" w:cs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Recibí de dinero y recibí de documentos u objetos</dc:title>
  <dc:subject/>
  <dc:creator>www.modelines.com</dc:creator>
  <cp:keywords/>
  <dc:description>Modelo orientativo. Sustituye los textos entre corchetes por tus datos.</dc:description>
  <cp:lastModifiedBy>www.modelines.com</cp:lastModifiedBy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