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SOLICITUD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y domicilio en </w:t>
      </w:r>
      <w:r>
        <w:rPr>
          <w:b w:val="0"/>
          <w:highlight w:val="yellow"/>
        </w:rPr>
        <w:t>[CALLE, NÚMERO, PISO Y PUERTA]</w:t>
      </w:r>
      <w:r>
        <w:rPr>
          <w:b w:val="0"/>
        </w:rPr>
        <w:t xml:space="preserve">, </w:t>
      </w:r>
      <w:r>
        <w:rPr>
          <w:b w:val="0"/>
          <w:highlight w:val="yellow"/>
        </w:rPr>
        <w:t>[CÓDIGO POSTAL]</w:t>
      </w:r>
      <w:r>
        <w:rPr>
          <w:b w:val="0"/>
        </w:rPr>
        <w:t xml:space="preserve">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 (</w:t>
      </w:r>
      <w:r>
        <w:rPr>
          <w:b w:val="0"/>
          <w:highlight w:val="yellow"/>
        </w:rPr>
        <w:t>[PROVINCIA]</w:t>
      </w:r>
      <w:r>
        <w:rPr>
          <w:b w:val="0"/>
        </w:rPr>
        <w:t xml:space="preserve">), teléfono </w:t>
      </w:r>
      <w:r>
        <w:rPr>
          <w:b w:val="0"/>
          <w:highlight w:val="yellow"/>
        </w:rPr>
        <w:t>[TELÉFONO]</w:t>
      </w:r>
      <w:r>
        <w:rPr>
          <w:b w:val="0"/>
        </w:rPr>
        <w:t xml:space="preserve"> y correo electrónico </w:t>
      </w:r>
      <w:r>
        <w:rPr>
          <w:b w:val="0"/>
          <w:highlight w:val="yellow"/>
        </w:rPr>
        <w:t>[CORREO ELECTRÓNICO]</w:t>
      </w:r>
      <w:r>
        <w:rPr>
          <w:b w:val="0"/>
        </w:rPr>
        <w:t>,</w:t>
      </w:r>
    </w:p>
    <w:p>
      <w:pPr>
        <w:jc w:val="left"/>
      </w:pPr>
      <w:r>
        <w:rPr>
          <w:b w:val="0"/>
        </w:rPr>
        <w:t xml:space="preserve">en representación de D./D.ª </w:t>
      </w:r>
      <w:r>
        <w:rPr>
          <w:b w:val="0"/>
          <w:highlight w:val="yellow"/>
        </w:rPr>
        <w:t>[NOMBRE Y APELLIDOS DE LA PERSONA REPRESENTADA]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. </w:t>
      </w:r>
      <w:r>
        <w:rPr>
          <w:b w:val="0"/>
          <w:highlight w:val="yellow"/>
        </w:rPr>
        <w:t>[BORRA ESTE PÁRRAFO SI PRESENTAS LA SOLICITUD EN TU NOMBRE]</w:t>
      </w:r>
    </w:p>
    <w:p>
      <w:pPr>
        <w:jc w:val="left"/>
      </w:pPr>
      <w:r>
        <w:rPr>
          <w:b w:val="0"/>
        </w:rPr>
        <w:t xml:space="preserve">Lugar o medio para recibir notificaciones: </w:t>
      </w:r>
      <w:r>
        <w:rPr>
          <w:b w:val="0"/>
          <w:highlight w:val="yellow"/>
        </w:rPr>
        <w:t>[DIRECCIÓN POSTAL O NOTIFICACIÓN ELECTRÓNICA]</w:t>
      </w:r>
    </w:p>
    <w:p>
      <w:pPr>
        <w:jc w:val="left"/>
      </w:pPr>
      <w:r>
        <w:rPr>
          <w:b/>
        </w:rPr>
        <w:t>EXPONE</w:t>
      </w:r>
    </w:p>
    <w:p>
      <w:pPr>
        <w:jc w:val="left"/>
      </w:pPr>
      <w:r>
        <w:rPr>
          <w:b w:val="0"/>
        </w:rPr>
        <w:t xml:space="preserve">Primero. Que </w:t>
      </w:r>
      <w:r>
        <w:rPr>
          <w:b w:val="0"/>
          <w:highlight w:val="yellow"/>
        </w:rPr>
        <w:t>[QUIÉN ERES EN ESTE TRÁMITE Y CUÁL ES TU SITUACIÓN]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Segundo. Que </w:t>
      </w:r>
      <w:r>
        <w:rPr>
          <w:b w:val="0"/>
          <w:highlight w:val="yellow"/>
        </w:rPr>
        <w:t>[QUÉ HA PASADO O POR QUÉ PIDES ESTO, CON FECHAS Y NÚMEROS DE EXPEDIENTE SI LOS HAY]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Tercero. Que adjunto </w:t>
      </w:r>
      <w:r>
        <w:rPr>
          <w:b w:val="0"/>
          <w:highlight w:val="yellow"/>
        </w:rPr>
        <w:t>[DOCUMENTOS QUE ACOMPAÑAS, SI LOS HAY]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Por todo lo expuesto,</w:t>
      </w:r>
    </w:p>
    <w:p>
      <w:pPr>
        <w:jc w:val="left"/>
      </w:pPr>
      <w:r>
        <w:rPr>
          <w:b/>
        </w:rPr>
        <w:t>SOLICITA</w:t>
      </w:r>
    </w:p>
    <w:p>
      <w:pPr>
        <w:jc w:val="left"/>
      </w:pPr>
      <w:r>
        <w:rPr>
          <w:b w:val="0"/>
        </w:rPr>
        <w:t xml:space="preserve">Que </w:t>
      </w:r>
      <w:r>
        <w:rPr>
          <w:b w:val="0"/>
          <w:highlight w:val="yellow"/>
        </w:rPr>
        <w:t>[LO QUE PIDES, EN UNA O DOS FRASES CLARAS]</w:t>
      </w:r>
      <w:r>
        <w:rPr>
          <w:b w:val="0"/>
        </w:rPr>
        <w:t>.</w:t>
      </w:r>
    </w:p>
    <w:p>
      <w:pPr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/>
          <w:highlight w:val="yellow"/>
        </w:rPr>
        <w:t>[ÓRGANO, CENTRO O UNIDAD AL QUE TE DIRIGES]</w:t>
      </w:r>
      <w:r>
        <w:br/>
      </w:r>
      <w:r>
        <w:rPr>
          <w:b/>
        </w:rPr>
        <w:t xml:space="preserve">Código de identificación: </w:t>
      </w:r>
      <w:r>
        <w:rPr>
          <w:b/>
          <w:highlight w:val="yellow"/>
        </w:rPr>
        <w:t>[CÓDIGO DEL ÓRGANO, SI LO CONOCES]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solicitud a un ayuntamiento. Borra las páginas que no uses.</w:t>
      </w:r>
    </w:p>
    <w:p>
      <w:pPr>
        <w:spacing w:after="360"/>
        <w:jc w:val="center"/>
      </w:pPr>
      <w:r>
        <w:rPr>
          <w:b/>
        </w:rPr>
        <w:t>SOLICITUD DE REPARACIÓN EN LA VÍA PÚBLICA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y domicilio en </w:t>
      </w:r>
      <w:r>
        <w:rPr>
          <w:b w:val="0"/>
          <w:highlight w:val="yellow"/>
        </w:rPr>
        <w:t>[DIRECCIÓN COMPLETA]</w:t>
      </w:r>
      <w:r>
        <w:rPr>
          <w:b w:val="0"/>
        </w:rPr>
        <w:t xml:space="preserve">, </w:t>
      </w:r>
      <w:r>
        <w:rPr>
          <w:b w:val="0"/>
          <w:highlight w:val="yellow"/>
        </w:rPr>
        <w:t>[CÓDIGO POSTAL]</w:t>
      </w:r>
      <w:r>
        <w:rPr>
          <w:b w:val="0"/>
        </w:rPr>
        <w:t xml:space="preserve">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teléfono </w:t>
      </w:r>
      <w:r>
        <w:rPr>
          <w:b w:val="0"/>
          <w:highlight w:val="yellow"/>
        </w:rPr>
        <w:t>[TELÉFONO]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EXPONE</w:t>
      </w:r>
    </w:p>
    <w:p>
      <w:pPr>
        <w:jc w:val="left"/>
      </w:pPr>
      <w:r>
        <w:rPr>
          <w:b w:val="0"/>
        </w:rPr>
        <w:t xml:space="preserve">Primero. Que en la calle </w:t>
      </w:r>
      <w:r>
        <w:rPr>
          <w:b w:val="0"/>
          <w:highlight w:val="yellow"/>
        </w:rPr>
        <w:t>[NOMBRE DE LA CALLE]</w:t>
      </w:r>
      <w:r>
        <w:rPr>
          <w:b w:val="0"/>
        </w:rPr>
        <w:t xml:space="preserve">, a la altura del número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</w:t>
      </w:r>
      <w:r>
        <w:rPr>
          <w:b w:val="0"/>
          <w:highlight w:val="yellow"/>
        </w:rPr>
        <w:t>[DESCRIBE EL PROBLEMA: UNA BALDOSA LEVANTADA, UNA FAROLA QUE NO FUNCIONA...]</w:t>
      </w:r>
      <w:r>
        <w:rPr>
          <w:b w:val="0"/>
        </w:rPr>
        <w:t xml:space="preserve"> desde </w:t>
      </w:r>
      <w:r>
        <w:rPr>
          <w:b w:val="0"/>
          <w:highlight w:val="yellow"/>
        </w:rPr>
        <w:t>[FECHA APROXIMADA]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Segundo. Que adjunto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fotografías del estado actual.</w:t>
      </w:r>
    </w:p>
    <w:p>
      <w:pPr>
        <w:jc w:val="left"/>
      </w:pPr>
      <w:r>
        <w:rPr>
          <w:b w:val="0"/>
        </w:rPr>
        <w:t>Por ello,</w:t>
      </w:r>
    </w:p>
    <w:p>
      <w:pPr>
        <w:jc w:val="left"/>
      </w:pPr>
      <w:r>
        <w:rPr>
          <w:b/>
        </w:rPr>
        <w:t>SOLICITA</w:t>
      </w:r>
    </w:p>
    <w:p>
      <w:pPr>
        <w:jc w:val="left"/>
      </w:pPr>
      <w:r>
        <w:rPr>
          <w:b w:val="0"/>
        </w:rPr>
        <w:t>Que los servicios municipales revisen el lugar y realicen la reparación que corresponda.</w:t>
      </w:r>
    </w:p>
    <w:p>
      <w:pPr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/>
        </w:rPr>
        <w:t xml:space="preserve">SR./SRA. ALCALDE/SA DEL AYUNTAMIENTO DE </w:t>
      </w:r>
      <w:r>
        <w:rPr>
          <w:b/>
          <w:highlight w:val="yellow"/>
        </w:rPr>
        <w:t>[LOCALIDAD]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solicitud a un centro educativo. Borra las páginas que no uses.</w:t>
      </w:r>
    </w:p>
    <w:p>
      <w:pPr>
        <w:spacing w:after="360"/>
        <w:jc w:val="center"/>
      </w:pPr>
      <w:r>
        <w:rPr>
          <w:b/>
        </w:rPr>
        <w:t>SOLICITUD DE CAMBIO DE GRUPO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</w:t>
      </w:r>
      <w:r>
        <w:rPr>
          <w:b w:val="0"/>
          <w:highlight w:val="yellow"/>
        </w:rPr>
        <w:t>[MADRE, PADRE, TUTOR O TUTORA LEGAL]</w:t>
      </w:r>
      <w:r>
        <w:rPr>
          <w:b w:val="0"/>
        </w:rPr>
        <w:t xml:space="preserve"> de </w:t>
      </w:r>
      <w:r>
        <w:rPr>
          <w:b w:val="0"/>
          <w:highlight w:val="yellow"/>
        </w:rPr>
        <w:t>[NOMBRE Y APELLIDOS DEL ALUMNO O ALUMNA]</w:t>
      </w:r>
      <w:r>
        <w:rPr>
          <w:b w:val="0"/>
        </w:rPr>
        <w:t xml:space="preserve">, matriculado/a en </w:t>
      </w:r>
      <w:r>
        <w:rPr>
          <w:b w:val="0"/>
          <w:highlight w:val="yellow"/>
        </w:rPr>
        <w:t>[CURSO Y GRUPO]</w:t>
      </w:r>
      <w:r>
        <w:rPr>
          <w:b w:val="0"/>
        </w:rPr>
        <w:t xml:space="preserve"> en el curso </w:t>
      </w:r>
      <w:r>
        <w:rPr>
          <w:b w:val="0"/>
          <w:highlight w:val="yellow"/>
        </w:rPr>
        <w:t>[2026-2027]</w:t>
      </w:r>
      <w:r>
        <w:rPr>
          <w:b w:val="0"/>
        </w:rPr>
        <w:t xml:space="preserve">, teléfono </w:t>
      </w:r>
      <w:r>
        <w:rPr>
          <w:b w:val="0"/>
          <w:highlight w:val="yellow"/>
        </w:rPr>
        <w:t>[TELÉFONO]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EXPONE</w:t>
      </w:r>
    </w:p>
    <w:p>
      <w:pPr>
        <w:jc w:val="left"/>
      </w:pPr>
      <w:r>
        <w:rPr>
          <w:b w:val="0"/>
        </w:rPr>
        <w:t xml:space="preserve">Primero. Que </w:t>
      </w:r>
      <w:r>
        <w:rPr>
          <w:b w:val="0"/>
          <w:highlight w:val="yellow"/>
        </w:rPr>
        <w:t>[MOTIVO DEL CAMBIO: HORARIO DE UNA ACTIVIDAD, TRANSPORTE, CONCILIACIÓN FAMILIAR...]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Segundo. Que adjunto </w:t>
      </w:r>
      <w:r>
        <w:rPr>
          <w:b w:val="0"/>
          <w:highlight w:val="yellow"/>
        </w:rPr>
        <w:t>[DOCUMENTO QUE LO JUSTIFICA, SI LO HAY]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Por las razones expuestas,</w:t>
      </w:r>
    </w:p>
    <w:p>
      <w:pPr>
        <w:jc w:val="left"/>
      </w:pPr>
      <w:r>
        <w:rPr>
          <w:b/>
        </w:rPr>
        <w:t>SOLICITA</w:t>
      </w:r>
    </w:p>
    <w:p>
      <w:pPr>
        <w:jc w:val="left"/>
      </w:pPr>
      <w:r>
        <w:rPr>
          <w:b w:val="0"/>
        </w:rPr>
        <w:t xml:space="preserve">Que se autorice el cambio de mi hijo o hija al grupo </w:t>
      </w:r>
      <w:r>
        <w:rPr>
          <w:b w:val="0"/>
          <w:highlight w:val="yellow"/>
        </w:rPr>
        <w:t>[GRUPO]</w:t>
      </w:r>
      <w:r>
        <w:rPr>
          <w:b w:val="0"/>
        </w:rPr>
        <w:t>.</w:t>
      </w:r>
    </w:p>
    <w:p>
      <w:pPr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/>
        </w:rPr>
        <w:t xml:space="preserve">SR./SRA. DIRECTOR/A DE </w:t>
      </w:r>
      <w:r>
        <w:rPr>
          <w:b/>
          <w:highlight w:val="yellow"/>
        </w:rPr>
        <w:t>[NOMBRE DEL CENTRO]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solicitud a una empresa. Borra las páginas que no uses.</w:t>
      </w:r>
    </w:p>
    <w:p>
      <w:pPr>
        <w:spacing w:after="360"/>
        <w:jc w:val="center"/>
      </w:pPr>
      <w:r>
        <w:rPr>
          <w:b/>
        </w:rPr>
        <w:t>SOLICITUD DE CERTIFICADO DE TRABAJO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que trabaja en </w:t>
      </w:r>
      <w:r>
        <w:rPr>
          <w:b w:val="0"/>
          <w:highlight w:val="yellow"/>
        </w:rPr>
        <w:t>[NOMBRE DE LA EMPRESA]</w:t>
      </w:r>
      <w:r>
        <w:rPr>
          <w:b w:val="0"/>
        </w:rPr>
        <w:t xml:space="preserve"> como </w:t>
      </w:r>
      <w:r>
        <w:rPr>
          <w:b w:val="0"/>
          <w:highlight w:val="yellow"/>
        </w:rPr>
        <w:t>[PUESTO]</w:t>
      </w:r>
      <w:r>
        <w:rPr>
          <w:b w:val="0"/>
        </w:rPr>
        <w:t xml:space="preserve"> desde el </w:t>
      </w:r>
      <w:r>
        <w:rPr>
          <w:b w:val="0"/>
          <w:highlight w:val="yellow"/>
        </w:rPr>
        <w:t>[FECHA DE ALTA]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EXPONE</w:t>
      </w:r>
    </w:p>
    <w:p>
      <w:pPr>
        <w:jc w:val="left"/>
      </w:pPr>
      <w:r>
        <w:rPr>
          <w:b w:val="0"/>
        </w:rPr>
        <w:t xml:space="preserve">Que necesito acreditar mi experiencia laboral ante </w:t>
      </w:r>
      <w:r>
        <w:rPr>
          <w:b w:val="0"/>
          <w:highlight w:val="yellow"/>
        </w:rPr>
        <w:t>[ENTIDAD: UN BANCO, UNA BOLSA DE EMPLEO, UN PROCESO DE SELECCIÓN...]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En consecuencia,</w:t>
      </w:r>
    </w:p>
    <w:p>
      <w:pPr>
        <w:jc w:val="left"/>
      </w:pPr>
      <w:r>
        <w:rPr>
          <w:b/>
        </w:rPr>
        <w:t>SOLICITA</w:t>
      </w:r>
    </w:p>
    <w:p>
      <w:pPr>
        <w:jc w:val="left"/>
      </w:pPr>
      <w:r>
        <w:rPr>
          <w:b w:val="0"/>
        </w:rPr>
        <w:t>Que se me entregue un certificado en el que consten mi categoría profesional, la fecha de inicio de la relación laboral, el tipo de jornada y las funciones que realizo.</w:t>
      </w:r>
    </w:p>
    <w:p>
      <w:pPr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/>
        </w:rPr>
        <w:t xml:space="preserve">A LA ATENCIÓN DE </w:t>
      </w:r>
      <w:r>
        <w:rPr>
          <w:b/>
          <w:highlight w:val="yellow"/>
        </w:rPr>
        <w:t>[DEPARTAMENTO DE RECURSOS HUMANOS O PERSONA RESPONSABLE]</w:t>
      </w:r>
      <w:r>
        <w:br/>
      </w:r>
      <w:r>
        <w:rPr>
          <w:b/>
          <w:highlight w:val="yellow"/>
        </w:rPr>
        <w:t>[NOMBRE DE LA EMPRESA]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tiene su propio impreso, usa ese.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instancia solicitud</dc:title>
  <dc:subject/>
  <dc:creator>www.modelines.com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