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AUTORIZACIÓN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 DE QUIEN AUTORIZA]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y domicilio en </w:t>
      </w:r>
      <w:r>
        <w:rPr>
          <w:b w:val="0"/>
          <w:highlight w:val="yellow"/>
        </w:rPr>
        <w:t>[DIRECCIÓN COMPLETA]</w:t>
      </w:r>
      <w:r>
        <w:rPr>
          <w:b w:val="0"/>
        </w:rPr>
        <w:t xml:space="preserve">, </w:t>
      </w:r>
      <w:r>
        <w:rPr>
          <w:b w:val="0"/>
          <w:highlight w:val="yellow"/>
        </w:rPr>
        <w:t>[CÓDIGO POSTAL]</w:t>
      </w:r>
      <w:r>
        <w:rPr>
          <w:b w:val="0"/>
        </w:rPr>
        <w:t xml:space="preserve"> </w:t>
      </w:r>
      <w:r>
        <w:rPr>
          <w:b w:val="0"/>
          <w:highlight w:val="yellow"/>
        </w:rPr>
        <w:t>[LOCALIDAD]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AUTORIZO</w:t>
      </w:r>
    </w:p>
    <w:p>
      <w:pPr>
        <w:jc w:val="left"/>
      </w:pPr>
      <w:r>
        <w:rPr>
          <w:b w:val="0"/>
        </w:rPr>
        <w:t xml:space="preserve">a D./D.ª </w:t>
      </w:r>
      <w:r>
        <w:rPr>
          <w:b w:val="0"/>
          <w:highlight w:val="yellow"/>
        </w:rPr>
        <w:t>[NOMBRE Y APELLIDOS DE LA PERSONA AUTORIZADA]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para que en mi nombre </w:t>
      </w:r>
      <w:r>
        <w:rPr>
          <w:b w:val="0"/>
          <w:highlight w:val="yellow"/>
        </w:rPr>
        <w:t>[QUÉ PUEDE HACER: RECOGER, PRESENTAR, SOLICITAR, ENTREGAR...]</w:t>
      </w:r>
      <w:r>
        <w:rPr>
          <w:b w:val="0"/>
        </w:rPr>
        <w:t xml:space="preserve"> </w:t>
      </w:r>
      <w:r>
        <w:rPr>
          <w:b w:val="0"/>
          <w:highlight w:val="yellow"/>
        </w:rPr>
        <w:t>[QUÉ DOCUMENTO O TRÁMITE, CON SU NÚMERO DE REFERENCIA SI LO TIENE]</w:t>
      </w:r>
      <w:r>
        <w:rPr>
          <w:b w:val="0"/>
        </w:rPr>
        <w:t xml:space="preserve"> en </w:t>
      </w:r>
      <w:r>
        <w:rPr>
          <w:b w:val="0"/>
          <w:highlight w:val="yellow"/>
        </w:rPr>
        <w:t>[ORGANISMO, EMPRESA, CENTRO U OFICINA]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Esta autorización es válida </w:t>
      </w:r>
      <w:r>
        <w:rPr>
          <w:b w:val="0"/>
          <w:highlight w:val="yellow"/>
        </w:rPr>
        <w:t>[SOLO EL DÍA 15 DE OCTUBRE DE 2026 / DEL 15 AL 31 DE OCTUBRE DE 2026]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Adjunto copia de mi DNI/NIE. </w:t>
      </w:r>
      <w:r>
        <w:rPr>
          <w:b w:val="0"/>
          <w:highlight w:val="yellow"/>
        </w:rPr>
        <w:t>[BORRA ESTA LÍNEA SI NO LA ADJUNTAS]</w:t>
      </w:r>
    </w:p>
    <w:p>
      <w:pPr>
        <w:jc w:val="left"/>
      </w:pPr>
      <w:r>
        <w:rPr>
          <w:b w:val="0"/>
        </w:rPr>
        <w:t xml:space="preserve">Y para que así conste, firmo la presente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 de quien autoriza: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 w:val="0"/>
        </w:rPr>
        <w:t>Firma de la persona autorizada: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o la empresa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recoger documentación o un paquete. Borra las páginas que no uses.</w:t>
      </w:r>
    </w:p>
    <w:p>
      <w:pPr>
        <w:spacing w:after="360"/>
        <w:jc w:val="center"/>
      </w:pPr>
      <w:r>
        <w:rPr>
          <w:b/>
        </w:rPr>
        <w:t>AUTORIZACIÓN PARA RECOGER DOCUMENTACIÓN O UN PAQUETE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 DE QUIEN AUTORIZA]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AUTORIZO</w:t>
      </w:r>
    </w:p>
    <w:p>
      <w:pPr>
        <w:jc w:val="left"/>
      </w:pPr>
      <w:r>
        <w:rPr>
          <w:b w:val="0"/>
        </w:rPr>
        <w:t xml:space="preserve">a D./D.ª </w:t>
      </w:r>
      <w:r>
        <w:rPr>
          <w:b w:val="0"/>
          <w:highlight w:val="yellow"/>
        </w:rPr>
        <w:t>[NOMBRE Y APELLIDOS DE LA PERSONA AUTORIZADA]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a recoger en mi nombre </w:t>
      </w:r>
      <w:r>
        <w:rPr>
          <w:b w:val="0"/>
          <w:highlight w:val="yellow"/>
        </w:rPr>
        <w:t>[EL TÍTULO, EL CERTIFICADO, LAS LLAVES, EL ENVÍO CON NÚMERO DE SEGUIMIENTO...]</w:t>
      </w:r>
      <w:r>
        <w:rPr>
          <w:b w:val="0"/>
        </w:rPr>
        <w:t xml:space="preserve"> en </w:t>
      </w:r>
      <w:r>
        <w:rPr>
          <w:b w:val="0"/>
          <w:highlight w:val="yellow"/>
        </w:rPr>
        <w:t>[SECRETARÍA, OFICINA O PUNTO DE RECOGIDA]</w:t>
      </w:r>
      <w:r>
        <w:rPr>
          <w:b w:val="0"/>
        </w:rPr>
        <w:t xml:space="preserve">, </w:t>
      </w:r>
      <w:r>
        <w:rPr>
          <w:b w:val="0"/>
          <w:highlight w:val="yellow"/>
        </w:rPr>
        <w:t>[EL DÍA... / ENTRE EL... Y EL...]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Adjunto copia de mi DNI/NIE. </w:t>
      </w:r>
      <w:r>
        <w:rPr>
          <w:b w:val="0"/>
          <w:highlight w:val="yellow"/>
        </w:rPr>
        <w:t>[BORRA ESTA LÍNEA SI NO LA ADJUNTAS]</w:t>
      </w:r>
    </w:p>
    <w:p>
      <w:pPr>
        <w:jc w:val="left"/>
      </w:pPr>
      <w:r>
        <w:rPr>
          <w:b w:val="0"/>
        </w:rPr>
        <w:t xml:space="preserve">Y para que así conste, firmo la presente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 de quien autoriza: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o la empresa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trámite ante una administración. Borra las páginas que no uses.</w:t>
      </w:r>
    </w:p>
    <w:p>
      <w:pPr>
        <w:spacing w:after="360"/>
        <w:jc w:val="center"/>
      </w:pPr>
      <w:r>
        <w:rPr>
          <w:b/>
        </w:rPr>
        <w:t>AUTORIZACIÓN PARA UN TRÁMITE ANTE LA ADMINISTRACIÓN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 DE QUIEN AUTORIZA]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y domicilio en </w:t>
      </w:r>
      <w:r>
        <w:rPr>
          <w:b w:val="0"/>
          <w:highlight w:val="yellow"/>
        </w:rPr>
        <w:t>[DIRECCIÓN COMPLETA]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AUTORIZO</w:t>
      </w:r>
    </w:p>
    <w:p>
      <w:pPr>
        <w:jc w:val="left"/>
      </w:pPr>
      <w:r>
        <w:rPr>
          <w:b w:val="0"/>
        </w:rPr>
        <w:t xml:space="preserve">a D./D.ª </w:t>
      </w:r>
      <w:r>
        <w:rPr>
          <w:b w:val="0"/>
          <w:highlight w:val="yellow"/>
        </w:rPr>
        <w:t>[NOMBRE Y APELLIDOS DE LA PERSONA AUTORIZADA]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y domicilio en </w:t>
      </w:r>
      <w:r>
        <w:rPr>
          <w:b w:val="0"/>
          <w:highlight w:val="yellow"/>
        </w:rPr>
        <w:t>[DIRECCIÓN COMPLETA]</w:t>
      </w:r>
      <w:r>
        <w:rPr>
          <w:b w:val="0"/>
        </w:rPr>
        <w:t xml:space="preserve">, para que me represente ante </w:t>
      </w:r>
      <w:r>
        <w:rPr>
          <w:b w:val="0"/>
          <w:highlight w:val="yellow"/>
        </w:rPr>
        <w:t>[AYUNTAMIENTO, CONSEJERÍA U ORGANISMO]</w:t>
      </w:r>
      <w:r>
        <w:rPr>
          <w:b w:val="0"/>
        </w:rPr>
        <w:t xml:space="preserve"> en el trámite de </w:t>
      </w:r>
      <w:r>
        <w:rPr>
          <w:b w:val="0"/>
          <w:highlight w:val="yellow"/>
        </w:rPr>
        <w:t>[NOMBRE DEL TRÁMITE O NÚMERO DE EXPEDIENTE]</w:t>
      </w:r>
      <w:r>
        <w:rPr>
          <w:b w:val="0"/>
        </w:rPr>
        <w:t xml:space="preserve">, y en concreto para </w:t>
      </w:r>
      <w:r>
        <w:rPr>
          <w:b w:val="0"/>
          <w:highlight w:val="yellow"/>
        </w:rPr>
        <w:t>[PRESENTAR LA SOLICITUD, APORTAR DOCUMENTACIÓN, RECOGER LA RESOLUCIÓN...]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Esta autorización es válida hasta </w:t>
      </w:r>
      <w:r>
        <w:rPr>
          <w:b w:val="0"/>
          <w:highlight w:val="yellow"/>
        </w:rPr>
        <w:t>[FECHA O FIN DEL TRÁMITE]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Adjunto copia de mi DNI/NIE. </w:t>
      </w:r>
      <w:r>
        <w:rPr>
          <w:b w:val="0"/>
          <w:highlight w:val="yellow"/>
        </w:rPr>
        <w:t>[BORRA ESTA LÍNEA SI NO LA ADJUNTAS]</w:t>
      </w:r>
    </w:p>
    <w:p>
      <w:pPr>
        <w:jc w:val="left"/>
      </w:pPr>
      <w:r>
        <w:rPr>
          <w:b w:val="0"/>
        </w:rPr>
        <w:t xml:space="preserve">Y para que así conste, firmo la presente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 de quien autoriza: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jc w:val="left"/>
      </w:pPr>
      <w:r>
        <w:rPr>
          <w:b w:val="0"/>
        </w:rPr>
        <w:t>Firma de la persona autorizada: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 Y APELLIDOS]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o la empresa tiene su propio impreso, usa ese.</w:t>
      </w:r>
      <w:r>
        <w:br w:type="page"/>
      </w:r>
    </w:p>
    <w:p>
      <w:r>
        <w:rPr>
          <w:i/>
          <w:color w:val="666666"/>
          <w:sz w:val="18"/>
        </w:rPr>
        <w:t>Variante: en nombre de una empresa. Borra las páginas que no uses.</w:t>
      </w:r>
    </w:p>
    <w:p>
      <w:pPr>
        <w:spacing w:after="360"/>
        <w:jc w:val="center"/>
      </w:pPr>
      <w:r>
        <w:rPr>
          <w:b/>
        </w:rPr>
        <w:t>AUTORIZACIÓN EN NOMBRE DE UNA EMPRESA</w:t>
      </w:r>
    </w:p>
    <w:p>
      <w:pPr>
        <w:jc w:val="left"/>
      </w:pPr>
      <w:r>
        <w:rPr>
          <w:b w:val="0"/>
        </w:rPr>
        <w:t xml:space="preserve">D./D.ª </w:t>
      </w:r>
      <w:r>
        <w:rPr>
          <w:b w:val="0"/>
          <w:highlight w:val="yellow"/>
        </w:rPr>
        <w:t>[NOMBRE Y APELLIDOS]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como </w:t>
      </w:r>
      <w:r>
        <w:rPr>
          <w:b w:val="0"/>
          <w:highlight w:val="yellow"/>
        </w:rPr>
        <w:t>[CARGO: ADMINISTRADOR/A ÚNICO/A, GERENTE...]</w:t>
      </w:r>
      <w:r>
        <w:rPr>
          <w:b w:val="0"/>
        </w:rPr>
        <w:t xml:space="preserve"> de </w:t>
      </w:r>
      <w:r>
        <w:rPr>
          <w:b w:val="0"/>
          <w:highlight w:val="yellow"/>
        </w:rPr>
        <w:t>[RAZÓN SOCIAL]</w:t>
      </w:r>
      <w:r>
        <w:rPr>
          <w:b w:val="0"/>
        </w:rPr>
        <w:t xml:space="preserve">, con NIF </w:t>
      </w:r>
      <w:r>
        <w:rPr>
          <w:b w:val="0"/>
          <w:highlight w:val="yellow"/>
        </w:rPr>
        <w:t>[NIF DE LA EMPRESA]</w:t>
      </w:r>
      <w:r>
        <w:rPr>
          <w:b w:val="0"/>
        </w:rPr>
        <w:t xml:space="preserve"> y domicilio social en </w:t>
      </w:r>
      <w:r>
        <w:rPr>
          <w:b w:val="0"/>
          <w:highlight w:val="yellow"/>
        </w:rPr>
        <w:t>[DIRECCIÓN]</w:t>
      </w:r>
      <w:r>
        <w:rPr>
          <w:b w:val="0"/>
        </w:rPr>
        <w:t>,</w:t>
      </w:r>
    </w:p>
    <w:p>
      <w:pPr>
        <w:jc w:val="left"/>
      </w:pPr>
      <w:r>
        <w:rPr>
          <w:b/>
        </w:rPr>
        <w:t>AUTORIZO</w:t>
      </w:r>
    </w:p>
    <w:p>
      <w:pPr>
        <w:jc w:val="left"/>
      </w:pPr>
      <w:r>
        <w:rPr>
          <w:b w:val="0"/>
        </w:rPr>
        <w:t xml:space="preserve">a D./D.ª </w:t>
      </w:r>
      <w:r>
        <w:rPr>
          <w:b w:val="0"/>
          <w:highlight w:val="yellow"/>
        </w:rPr>
        <w:t>[NOMBRE Y APELLIDOS DE LA PERSONA AUTORIZADA]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</w:t>
      </w:r>
      <w:r>
        <w:rPr>
          <w:b w:val="0"/>
          <w:highlight w:val="yellow"/>
        </w:rPr>
        <w:t>[PUESTO O RELACIÓN CON LA EMPRESA]</w:t>
      </w:r>
      <w:r>
        <w:rPr>
          <w:b w:val="0"/>
        </w:rPr>
        <w:t xml:space="preserve">, para que en nombre de </w:t>
      </w:r>
      <w:r>
        <w:rPr>
          <w:b w:val="0"/>
          <w:highlight w:val="yellow"/>
        </w:rPr>
        <w:t>[RAZÓN SOCIAL]</w:t>
      </w:r>
      <w:r>
        <w:rPr>
          <w:b w:val="0"/>
        </w:rPr>
        <w:t xml:space="preserve"> </w:t>
      </w:r>
      <w:r>
        <w:rPr>
          <w:b w:val="0"/>
          <w:highlight w:val="yellow"/>
        </w:rPr>
        <w:t>[RECOJA EL PEDIDO NÚMERO..., FIRME EL ALBARÁN DE ENTREGA DE..., ENTREGUE O RECOJA DOCUMENTACIÓN EN...]</w:t>
      </w:r>
      <w:r>
        <w:rPr>
          <w:b w:val="0"/>
        </w:rPr>
        <w:t xml:space="preserve"> </w:t>
      </w:r>
      <w:r>
        <w:rPr>
          <w:b w:val="0"/>
          <w:highlight w:val="yellow"/>
        </w:rPr>
        <w:t>[EL DÍA... / DEL... AL...]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Y para que así conste, firmo la presente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[DÍA]</w:t>
      </w:r>
      <w:r>
        <w:rPr>
          <w:b w:val="0"/>
        </w:rPr>
        <w:t xml:space="preserve"> de </w:t>
      </w:r>
      <w:r>
        <w:rPr>
          <w:b w:val="0"/>
          <w:highlight w:val="yellow"/>
        </w:rPr>
        <w:t>[MES]</w:t>
      </w:r>
      <w:r>
        <w:rPr>
          <w:b w:val="0"/>
        </w:rPr>
        <w:t xml:space="preserve"> de </w:t>
      </w:r>
      <w:r>
        <w:rPr>
          <w:b w:val="0"/>
          <w:highlight w:val="yellow"/>
        </w:rPr>
        <w:t>[AÑO]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Firma y sello de la empresa:</w:t>
      </w:r>
      <w:r>
        <w:br/>
      </w:r>
      <w:r>
        <w:rPr>
          <w:b w:val="0"/>
        </w:rPr>
        <w:t>______________________________</w:t>
      </w:r>
      <w:r>
        <w:br/>
      </w:r>
      <w:r>
        <w:rPr>
          <w:b w:val="0"/>
          <w:highlight w:val="yellow"/>
        </w:rPr>
        <w:t>[NOMBRE, APELLIDOS Y CARGO]</w:t>
      </w:r>
    </w:p>
    <w:p>
      <w:pPr>
        <w:spacing w:before="480"/>
      </w:pPr>
      <w:r>
        <w:rPr>
          <w:i/>
          <w:color w:val="666666"/>
          <w:sz w:val="18"/>
        </w:rPr>
        <w:t>Modelo orientativo de www.modelines.com. Sustituye los textos entre corchetes por tus datos y borra lo que no uses. Si el organismo o la empresa tiene su propio impreso, usa ese.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autorizacion</dc:title>
  <dc:subject/>
  <dc:creator>www.modelines.com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