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28"/>
        </w:rPr>
        <w:t>AUTORIZACIÓN PARA RECOGER A UN MENOR</w:t>
      </w:r>
    </w:p>
    <w:p>
      <w:pPr>
        <w:spacing w:after="280"/>
      </w:pPr>
      <w:r>
        <w:rPr>
          <w:b w:val="0"/>
        </w:rPr>
        <w:t xml:space="preserve">A la atención de </w:t>
      </w:r>
      <w:r>
        <w:rPr>
          <w:b w:val="0"/>
          <w:highlight w:val="yellow"/>
        </w:rPr>
        <w:t>[NOMBRE DEL COLEGIO, ESCUELA INFANTIL O ACTIVIDAD]</w:t>
      </w:r>
    </w:p>
    <w:p>
      <w:pPr>
        <w:jc w:val="left"/>
      </w:pPr>
      <w:r>
        <w:rPr>
          <w:b w:val="0"/>
        </w:rPr>
        <w:t xml:space="preserve">D./D.ª </w:t>
      </w:r>
      <w:r>
        <w:rPr>
          <w:b w:val="0"/>
          <w:highlight w:val="yellow"/>
        </w:rPr>
        <w:t>[NOMBRE Y APELLIDOS DE QUIEN AUTORIZA]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como </w:t>
      </w:r>
      <w:r>
        <w:rPr>
          <w:b w:val="0"/>
          <w:highlight w:val="yellow"/>
        </w:rPr>
        <w:t>[MADRE, PADRE, TUTOR O TUTORA LEGAL]</w:t>
      </w:r>
      <w:r>
        <w:rPr>
          <w:b w:val="0"/>
        </w:rPr>
        <w:t xml:space="preserve"> de </w:t>
      </w:r>
      <w:r>
        <w:rPr>
          <w:b w:val="0"/>
          <w:highlight w:val="yellow"/>
        </w:rPr>
        <w:t>[NOMBRE Y APELLIDOS DEL MENOR]</w:t>
      </w:r>
      <w:r>
        <w:rPr>
          <w:b w:val="0"/>
        </w:rPr>
        <w:t xml:space="preserve">, de </w:t>
      </w:r>
      <w:r>
        <w:rPr>
          <w:b w:val="0"/>
          <w:highlight w:val="yellow"/>
        </w:rPr>
        <w:t>[CURSO Y GRUPO, O NOMBRE DE LA ACTIVIDAD]</w:t>
      </w:r>
      <w:r>
        <w:rPr>
          <w:b w:val="0"/>
        </w:rPr>
        <w:t>,</w:t>
      </w:r>
    </w:p>
    <w:p>
      <w:pPr>
        <w:jc w:val="left"/>
      </w:pPr>
      <w:r>
        <w:rPr>
          <w:b/>
        </w:rPr>
        <w:t>AUTORIZO</w:t>
      </w:r>
    </w:p>
    <w:p>
      <w:pPr>
        <w:jc w:val="left"/>
      </w:pPr>
      <w:r>
        <w:rPr>
          <w:b w:val="0"/>
        </w:rPr>
        <w:t xml:space="preserve">a D./D.ª </w:t>
      </w:r>
      <w:r>
        <w:rPr>
          <w:b w:val="0"/>
          <w:highlight w:val="yellow"/>
        </w:rPr>
        <w:t>[NOMBRE Y APELLIDOS DE LA PERSONA AUTORIZADA]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</w:t>
      </w:r>
      <w:r>
        <w:rPr>
          <w:b w:val="0"/>
          <w:highlight w:val="yellow"/>
        </w:rPr>
        <w:t>[RELACIÓN CON EL MENOR: ABUELA, TÍO, VECINA...]</w:t>
      </w:r>
      <w:r>
        <w:rPr>
          <w:b w:val="0"/>
        </w:rPr>
        <w:t xml:space="preserve">, a recoger a mi hijo o hija a la salida de </w:t>
      </w:r>
      <w:r>
        <w:rPr>
          <w:b w:val="0"/>
          <w:highlight w:val="yellow"/>
        </w:rPr>
        <w:t>[CENTRO O ACTIVIDAD]</w:t>
      </w:r>
      <w:r>
        <w:rPr>
          <w:b w:val="0"/>
        </w:rPr>
        <w:t xml:space="preserve">, a las </w:t>
      </w:r>
      <w:r>
        <w:rPr>
          <w:b w:val="0"/>
          <w:highlight w:val="yellow"/>
        </w:rPr>
        <w:t>[HORA]</w:t>
      </w:r>
      <w:r>
        <w:rPr>
          <w:b w:val="0"/>
        </w:rPr>
        <w:t xml:space="preserve">, durante </w:t>
      </w:r>
      <w:r>
        <w:rPr>
          <w:b w:val="0"/>
          <w:highlight w:val="yellow"/>
        </w:rPr>
        <w:t>[PERIODO: EL DÍA 15 DE OCTUBRE DE 2026, DEL 1 AL 31 DE OCTUBRE DE 2026 O TODO EL CURSO 2026-2027]</w:t>
      </w:r>
      <w:r>
        <w:rPr>
          <w:b w:val="0"/>
        </w:rPr>
        <w:t>.</w:t>
      </w:r>
    </w:p>
    <w:p>
      <w:pPr>
        <w:spacing w:after="200"/>
      </w:pPr>
      <w:r>
        <w:rPr>
          <w:b w:val="0"/>
        </w:rPr>
        <w:t xml:space="preserve">Teléfono de quien autoriza: </w:t>
      </w:r>
      <w:r>
        <w:rPr>
          <w:b w:val="0"/>
          <w:highlight w:val="yellow"/>
        </w:rPr>
        <w:t>[TELÉFONO]</w:t>
      </w:r>
      <w:r>
        <w:br/>
      </w:r>
      <w:r>
        <w:rPr>
          <w:b w:val="0"/>
        </w:rPr>
        <w:t xml:space="preserve">Teléfono de la persona autorizada: </w:t>
      </w:r>
      <w:r>
        <w:rPr>
          <w:b w:val="0"/>
          <w:highlight w:val="yellow"/>
        </w:rPr>
        <w:t>[TELÉFONO]</w:t>
      </w:r>
    </w:p>
    <w:p>
      <w:pPr>
        <w:spacing w:after="280"/>
      </w:pPr>
      <w:r>
        <w:rPr>
          <w:b w:val="0"/>
        </w:rPr>
        <w:t xml:space="preserve">Adjunto copia del DNI de la persona autorizada. </w:t>
      </w:r>
      <w:r>
        <w:rPr>
          <w:b w:val="0"/>
          <w:highlight w:val="yellow"/>
        </w:rPr>
        <w:t>[BORRA ESTA LÍNEA SI NO LA ADJUNTAS]</w:t>
      </w:r>
    </w:p>
    <w:p>
      <w:pPr>
        <w:spacing w:after="280"/>
        <w:jc w:val="right"/>
      </w:pPr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pPr>
        <w:spacing w:after="800"/>
      </w:pPr>
      <w:r>
        <w:rPr>
          <w:b w:val="0"/>
        </w:rPr>
        <w:t>Firma de quien autoriza: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spacing w:before="600"/>
      </w:pPr>
      <w:r>
        <w:rPr>
          <w:i/>
          <w:color w:val="666666"/>
          <w:sz w:val="18"/>
        </w:rPr>
        <w:t>Modelo orientativo de www.modelines.com. Sustituye los textos entre corchetes por tus datos y borra lo que no uses.</w:t>
      </w:r>
    </w:p>
    <w:sectPr w:rsidR="00FC693F" w:rsidRPr="0006063C" w:rsidSect="0003461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76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recoger a un menor</dc:title>
  <dc:subject/>
  <dc:creator>www.modelines.com</dc:creator>
  <cp:keywords/>
  <dc:description>Modelo orientativo. Sustituye los textos entre corchetes por tus datos.</dc:description>
  <cp:lastModifiedBy>www.modelines.com</cp:lastModifiedBy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