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 w:val="0"/>
          <w:highlight w:val="yellow"/>
        </w:rPr>
        <w:t>[NOMBRE Y APELLIDOS]</w:t>
      </w:r>
      <w:r>
        <w:br/>
      </w:r>
      <w:r>
        <w:rPr>
          <w:b w:val="0"/>
        </w:rPr>
        <w:t xml:space="preserve">DNI/NIE: </w:t>
      </w:r>
      <w:r>
        <w:rPr>
          <w:b w:val="0"/>
          <w:highlight w:val="yellow"/>
        </w:rPr>
        <w:t>[NÚMERO]</w:t>
      </w:r>
      <w:r>
        <w:br/>
      </w:r>
      <w:r>
        <w:rPr>
          <w:b w:val="0"/>
          <w:highlight w:val="yellow"/>
        </w:rPr>
        <w:t>[DIRECCIÓN, CÓDIGO POSTAL Y LOCALIDAD]</w:t>
      </w:r>
    </w:p>
    <w:p>
      <w:pPr>
        <w:spacing w:after="280"/>
      </w:pPr>
      <w:r>
        <w:rPr>
          <w:b w:val="0"/>
          <w:highlight w:val="yellow"/>
        </w:rPr>
        <w:t>[NOMBRE DE LA EMPRESA]</w:t>
      </w:r>
      <w:r>
        <w:br/>
      </w:r>
      <w:r>
        <w:rPr>
          <w:b w:val="0"/>
        </w:rPr>
        <w:t xml:space="preserve">A la atención de </w:t>
      </w:r>
      <w:r>
        <w:rPr>
          <w:b w:val="0"/>
          <w:highlight w:val="yellow"/>
        </w:rPr>
        <w:t>[RECURSOS HUMANOS O PERSONA RESPONSABLE]</w:t>
      </w:r>
      <w:r>
        <w:br/>
      </w:r>
      <w:r>
        <w:rPr>
          <w:b w:val="0"/>
          <w:highlight w:val="yellow"/>
        </w:rPr>
        <w:t>[DIRECCIÓN DE LA EMPRESA]</w:t>
      </w:r>
    </w:p>
    <w:p>
      <w:pPr>
        <w:spacing w:after="280"/>
        <w:jc w:val="right"/>
      </w:pPr>
      <w:r>
        <w:rPr>
          <w:b w:val="0"/>
        </w:rPr>
        <w:t xml:space="preserve">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p>
      <w:pPr>
        <w:spacing w:after="240"/>
      </w:pPr>
      <w:r>
        <w:rPr>
          <w:b/>
        </w:rPr>
        <w:t xml:space="preserve">Asunto: </w:t>
      </w:r>
      <w:r>
        <w:rPr>
          <w:b/>
        </w:rPr>
        <w:t>comunicación de baja voluntaria</w:t>
      </w:r>
    </w:p>
    <w:p>
      <w:pPr>
        <w:jc w:val="left"/>
      </w:pPr>
      <w:r>
        <w:rPr>
          <w:b w:val="0"/>
        </w:rPr>
        <w:t xml:space="preserve">Por medio de esta carta les comunico mi decisión de causar baja voluntaria en la empresa, en la que trabajo como </w:t>
      </w:r>
      <w:r>
        <w:rPr>
          <w:b w:val="0"/>
          <w:highlight w:val="yellow"/>
        </w:rPr>
        <w:t>[PUESTO]</w:t>
      </w:r>
      <w:r>
        <w:rPr>
          <w:b w:val="0"/>
        </w:rPr>
        <w:t xml:space="preserve"> desde el </w:t>
      </w:r>
      <w:r>
        <w:rPr>
          <w:b w:val="0"/>
          <w:highlight w:val="yellow"/>
        </w:rPr>
        <w:t>[FECHA DE INICIO DEL CONTRATO]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 xml:space="preserve">Mi último día de trabajo será el </w:t>
      </w:r>
      <w:r>
        <w:rPr>
          <w:b w:val="0"/>
          <w:highlight w:val="yellow"/>
        </w:rPr>
        <w:t>[FECHA DEL ÚLTIMO DÍA]</w:t>
      </w:r>
      <w:r>
        <w:rPr>
          <w:b w:val="0"/>
        </w:rPr>
        <w:t xml:space="preserve">. Con este escrito doy el preaviso de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días que fija </w:t>
      </w:r>
      <w:r>
        <w:rPr>
          <w:b w:val="0"/>
          <w:highlight w:val="yellow"/>
        </w:rPr>
        <w:t>[NOMBRE DEL CONVENIO COLECTIVO O CLÁUSULA DEL CONTRATO]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>Les ruego que preparen para esa fecha la liquidación de las cantidades que me correspondan (finiquito) y que me devuelvan firmada una copia de esta carta como acuse de recibo.</w:t>
      </w:r>
    </w:p>
    <w:p>
      <w:pPr>
        <w:spacing w:after="800"/>
      </w:pPr>
      <w:r>
        <w:rPr>
          <w:b w:val="0"/>
        </w:rPr>
        <w:t>Atentamente,</w:t>
      </w:r>
    </w:p>
    <w:p>
      <w:pPr>
        <w:spacing w:after="480"/>
      </w:pPr>
      <w:r>
        <w:rPr>
          <w:b w:val="0"/>
        </w:rPr>
        <w:t>Firma: ______________________________</w:t>
      </w:r>
      <w:r>
        <w:br/>
      </w:r>
      <w:r>
        <w:rPr>
          <w:b w:val="0"/>
          <w:highlight w:val="yellow"/>
        </w:rPr>
        <w:t>[NOMBRE Y APELLIDOS]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504"/>
      </w:tblGrid>
      <w:tr>
        <w:tc>
          <w:tcPr>
            <w:tcW w:type="dxa" w:w="8504"/>
          </w:tcPr>
          <w:p>
            <w:pPr>
              <w:spacing w:after="120"/>
            </w:pPr>
            <w:r>
              <w:rPr>
                <w:b/>
              </w:rPr>
              <w:t>Recibí de la empresa</w:t>
            </w:r>
          </w:p>
          <w:p>
            <w:pPr>
              <w:spacing w:after="120"/>
            </w:pPr>
            <w:r>
              <w:rPr>
                <w:b w:val="0"/>
              </w:rPr>
              <w:t xml:space="preserve">Nombre y cargo de quien recibe: </w:t>
            </w:r>
            <w:r>
              <w:rPr>
                <w:b w:val="0"/>
                <w:highlight w:val="yellow"/>
              </w:rPr>
              <w:t>[NOMBRE Y CARGO]</w:t>
            </w:r>
          </w:p>
          <w:p>
            <w:pPr>
              <w:spacing w:after="120"/>
            </w:pPr>
            <w:r>
              <w:rPr>
                <w:b w:val="0"/>
              </w:rPr>
              <w:t xml:space="preserve">Fecha de recepción: </w:t>
            </w:r>
            <w:r>
              <w:rPr>
                <w:b w:val="0"/>
                <w:highlight w:val="yellow"/>
              </w:rPr>
              <w:t>[FECHA]</w:t>
            </w:r>
          </w:p>
          <w:p>
            <w:pPr>
              <w:spacing w:after="120"/>
            </w:pPr>
            <w:r>
              <w:rPr>
                <w:b w:val="0"/>
              </w:rPr>
              <w:t>Firma y sello:</w:t>
            </w:r>
          </w:p>
          <w:p>
            <w:pPr>
              <w:spacing w:after="720"/>
            </w:pPr>
          </w:p>
        </w:tc>
      </w:tr>
    </w:tbl>
    <w:p>
      <w:pPr>
        <w:spacing w:before="360"/>
      </w:pPr>
      <w:r>
        <w:rPr>
          <w:i/>
          <w:color w:val="666666"/>
          <w:sz w:val="18"/>
        </w:rPr>
        <w:t>Modelo orientativo de www.modelines.com. Sustituye los textos entre corchetes por tus datos y borra lo que no uses.</w:t>
      </w:r>
    </w:p>
    <w:sectPr w:rsidR="00FC693F" w:rsidRPr="0006063C" w:rsidSect="00034616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76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baja voluntaria</dc:title>
  <dc:subject/>
  <dc:creator>www.modelines.com</dc:creator>
  <cp:keywords/>
  <dc:description>Modelo orientativo. Sustituye los textos entre corchetes por tus datos.</dc:description>
  <cp:lastModifiedBy>www.modelines.com</cp:lastModifiedBy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