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color w:val="1F5F3A"/>
          <w:sz w:val="28"/>
        </w:rPr>
        <w:t>Modelo de carta de despedida por cambio de trabajo</w:t>
      </w:r>
    </w:p>
    <w:p>
      <w:pPr>
        <w:spacing w:after="160" w:line="276" w:lineRule="auto"/>
      </w:pPr>
      <w:r>
        <w:t>Hola a todos:</w:t>
      </w:r>
    </w:p>
    <w:p>
      <w:pPr>
        <w:spacing w:after="160" w:line="276" w:lineRule="auto"/>
      </w:pPr>
      <w:r>
        <w:t>Como algunos ya sabéis, el [FECHA] es mi último día en [EMPRESA]. Me voy a [NUEVO PUESTO O EMPRESA] y, aunque tengo muchas ganas de empezar, me cuesta despedirme de este equipo.</w:t>
      </w:r>
    </w:p>
    <w:p>
      <w:pPr>
        <w:spacing w:after="160" w:line="276" w:lineRule="auto"/>
      </w:pPr>
      <w:r>
        <w:t>En estos [AÑOS O MESES] he aprendido mucho de vosotros. Gracias por la paciencia de los primeros días, por echarme una mano cuando el trabajo se complicaba y por los cafés que lo hacían todo más llevadero. Me llevo un recuerdo especial de [PROYECTO O MOMENTO CONCRETO].</w:t>
      </w:r>
    </w:p>
    <w:p>
      <w:pPr>
        <w:spacing w:after="160" w:line="276" w:lineRule="auto"/>
      </w:pPr>
      <w:r>
        <w:t>Hasta el [FECHA] sigo aquí para dejar cerrado lo que tengo pendiente. A partir de entonces, lo que llevaba yo lo coge [NOMBRE DE QUIEN TE SUSTITUYE].</w:t>
      </w:r>
    </w:p>
    <w:p>
      <w:pPr>
        <w:spacing w:after="160" w:line="276" w:lineRule="auto"/>
      </w:pPr>
      <w:r>
        <w:t>Para seguir en contacto, mi correo personal es [CORREO PERSONAL] y mi teléfono, [TELÉFONO].</w:t>
      </w:r>
    </w:p>
    <w:p>
      <w:pPr>
        <w:spacing w:after="160" w:line="276" w:lineRule="auto"/>
      </w:pPr>
      <w:r>
        <w:t>Un abrazo y mucha suerte a todos,</w:t>
      </w:r>
    </w:p>
    <w:p>
      <w:pPr>
        <w:spacing w:after="160" w:line="276" w:lineRule="auto"/>
      </w:pPr>
      <w:r>
        <w:t>[NOMBRE]</w:t>
      </w:r>
    </w:p>
    <w:p>
      <w:r>
        <w:br w:type="page"/>
      </w:r>
    </w:p>
    <w:p>
      <w:pPr>
        <w:spacing w:after="200"/>
      </w:pPr>
      <w:r>
        <w:rPr>
          <w:b/>
          <w:color w:val="1F5F3A"/>
          <w:sz w:val="28"/>
        </w:rPr>
        <w:t>Modelo de carta de despedida por jubilación</w:t>
      </w:r>
    </w:p>
    <w:p>
      <w:pPr>
        <w:spacing w:after="160" w:line="276" w:lineRule="auto"/>
      </w:pPr>
      <w:r>
        <w:t>Queridos compañeros:</w:t>
      </w:r>
    </w:p>
    <w:p>
      <w:pPr>
        <w:spacing w:after="160" w:line="276" w:lineRule="auto"/>
      </w:pPr>
      <w:r>
        <w:t>Después de [NÚMERO] años en [EMPRESA], el [FECHA] me jubilo. Cuando entré, [CÓMO ERA LA EMPRESA O TU PUESTO ENTONCES], y en todo este tiempo he tenido la suerte de trabajar con gente muy buena.</w:t>
      </w:r>
    </w:p>
    <w:p>
      <w:pPr>
        <w:spacing w:after="160" w:line="276" w:lineRule="auto"/>
      </w:pPr>
      <w:r>
        <w:t>Quiero daros las gracias a todos: a los que estáis desde el principio, a los que habéis llegado después y me habéis enseñado cosas nuevas, y en especial a [NOMBRE O DEPARTAMENTO] por [MOTIVO CONCRETO].</w:t>
      </w:r>
    </w:p>
    <w:p>
      <w:pPr>
        <w:spacing w:after="160" w:line="276" w:lineRule="auto"/>
      </w:pPr>
      <w:r>
        <w:t>Ahora toca [TUS PLANES: VIAJAR, LA FAMILIA, EL HUERTO...], pero no os libráis de mí, que pienso pasar a veros. Si queréis escribirme, mi correo es [CORREO PERSONAL].</w:t>
      </w:r>
    </w:p>
    <w:p>
      <w:pPr>
        <w:spacing w:after="160" w:line="276" w:lineRule="auto"/>
      </w:pPr>
      <w:r>
        <w:t>Ha sido un orgullo trabajar con vosotros. Os deseo lo mejor.</w:t>
      </w:r>
    </w:p>
    <w:p>
      <w:pPr>
        <w:spacing w:after="160" w:line="276" w:lineRule="auto"/>
      </w:pPr>
      <w:r>
        <w:t>Un fuerte abrazo,</w:t>
      </w:r>
    </w:p>
    <w:p>
      <w:pPr>
        <w:spacing w:after="160" w:line="276" w:lineRule="auto"/>
      </w:pPr>
      <w:r>
        <w:t>[NOMBRE]</w:t>
      </w:r>
    </w:p>
    <w:p>
      <w:r>
        <w:br w:type="page"/>
      </w:r>
    </w:p>
    <w:p>
      <w:pPr>
        <w:spacing w:after="200"/>
      </w:pPr>
      <w:r>
        <w:rPr>
          <w:b/>
          <w:color w:val="1F5F3A"/>
          <w:sz w:val="28"/>
        </w:rPr>
        <w:t>Modelo de correo breve de despedida</w:t>
      </w:r>
    </w:p>
    <w:p>
      <w:r>
        <w:rPr>
          <w:b/>
        </w:rPr>
        <w:t>Asunto: Hoy es mi último día</w:t>
      </w:r>
    </w:p>
    <w:p>
      <w:pPr>
        <w:spacing w:after="160" w:line="276" w:lineRule="auto"/>
      </w:pPr>
      <w:r>
        <w:t>Hola a todos:</w:t>
      </w:r>
    </w:p>
    <w:p>
      <w:pPr>
        <w:spacing w:after="160" w:line="276" w:lineRule="auto"/>
      </w:pPr>
      <w:r>
        <w:t>Hoy es mi último día en [EMPRESA]. Gracias por todo lo que he aprendido con vosotros y por hacerme el trabajo más fácil estos [AÑOS O MESES].</w:t>
      </w:r>
    </w:p>
    <w:p>
      <w:pPr>
        <w:spacing w:after="160" w:line="276" w:lineRule="auto"/>
      </w:pPr>
      <w:r>
        <w:t>Os dejo mi correo personal, [CORREO PERSONAL], y mi perfil de LinkedIn, [ENLACE], para que sigamos en contacto.</w:t>
      </w:r>
    </w:p>
    <w:p>
      <w:pPr>
        <w:spacing w:after="160" w:line="276" w:lineRule="auto"/>
      </w:pPr>
      <w:r>
        <w:t>Un abrazo,</w:t>
      </w:r>
    </w:p>
    <w:p>
      <w:pPr>
        <w:spacing w:after="160" w:line="276" w:lineRule="auto"/>
      </w:pPr>
      <w:r>
        <w:t>[NOMBRE]</w:t>
      </w:r>
    </w:p>
    <w:p>
      <w:r>
        <w:br w:type="page"/>
      </w:r>
    </w:p>
    <w:p>
      <w:pPr>
        <w:spacing w:after="120"/>
      </w:pPr>
      <w:r>
        <w:rPr>
          <w:b/>
          <w:color w:val="1F5F3A"/>
          <w:sz w:val="28"/>
        </w:rPr>
        <w:t>Frases para empezar</w:t>
      </w:r>
    </w:p>
    <w:p>
      <w:pPr>
        <w:pStyle w:val="ListBullet"/>
      </w:pPr>
      <w:r>
        <w:t>Hoy es mi último día en [EMPRESA] y no quería irme sin despedirme.</w:t>
      </w:r>
    </w:p>
    <w:p>
      <w:pPr>
        <w:pStyle w:val="ListBullet"/>
      </w:pPr>
      <w:r>
        <w:t>Como muchos ya sabéis, el [FECHA] dejo la empresa.</w:t>
      </w:r>
    </w:p>
    <w:p>
      <w:pPr>
        <w:pStyle w:val="ListBullet"/>
      </w:pPr>
      <w:r>
        <w:t>Después de [NÚMERO] años, ha llegado el momento de despedirme.</w:t>
      </w:r>
    </w:p>
    <w:p>
      <w:pPr>
        <w:pStyle w:val="ListBullet"/>
      </w:pPr>
      <w:r>
        <w:t>Os escribo para contaros que empiezo una nueva etapa.</w:t>
      </w:r>
    </w:p>
    <w:p>
      <w:pPr>
        <w:pStyle w:val="ListBullet"/>
      </w:pPr>
      <w:r>
        <w:t>No es fácil escribir esto, pero el [FECHA] me voy.</w:t>
      </w:r>
    </w:p>
    <w:p>
      <w:pPr>
        <w:spacing w:after="120"/>
      </w:pPr>
      <w:r>
        <w:rPr>
          <w:b/>
          <w:color w:val="1F5F3A"/>
          <w:sz w:val="28"/>
        </w:rPr>
        <w:t>Frases para terminar</w:t>
      </w:r>
    </w:p>
    <w:p>
      <w:pPr>
        <w:pStyle w:val="ListBullet"/>
      </w:pPr>
      <w:r>
        <w:t>Ha sido un placer trabajar con vosotros.</w:t>
      </w:r>
    </w:p>
    <w:p>
      <w:pPr>
        <w:pStyle w:val="ListBullet"/>
      </w:pPr>
      <w:r>
        <w:t>Gracias por todo y mucha suerte en lo que venga.</w:t>
      </w:r>
    </w:p>
    <w:p>
      <w:pPr>
        <w:pStyle w:val="ListBullet"/>
      </w:pPr>
      <w:r>
        <w:t>Ojalá volvamos a coincidir.</w:t>
      </w:r>
    </w:p>
    <w:p>
      <w:pPr>
        <w:pStyle w:val="ListBullet"/>
      </w:pPr>
      <w:r>
        <w:t>Para lo que necesitéis, ya sabéis dónde encontrarme.</w:t>
      </w:r>
    </w:p>
    <w:p>
      <w:pPr>
        <w:pStyle w:val="ListBullet"/>
      </w:pPr>
      <w:r>
        <w:t>Un abrazo enorme a todos.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despedida a los compañeros de trabajo</dc:title>
  <dc:subject/>
  <dc:creator>modelines.com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