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rPr>
          <w:b w:val="0"/>
          <w:highlight w:val="yellow"/>
        </w:rPr>
        <w:t>[NOMBRE Y APELLIDOS]</w:t>
      </w:r>
      <w:r>
        <w:br/>
      </w:r>
      <w:r>
        <w:rPr>
          <w:b w:val="0"/>
        </w:rPr>
        <w:t xml:space="preserve">DNI/NIE: </w:t>
      </w:r>
      <w:r>
        <w:rPr>
          <w:b w:val="0"/>
          <w:highlight w:val="yellow"/>
        </w:rPr>
        <w:t>[NÚMERO]</w:t>
      </w:r>
      <w:r>
        <w:br/>
      </w:r>
      <w:r>
        <w:rPr>
          <w:b w:val="0"/>
          <w:highlight w:val="yellow"/>
        </w:rPr>
        <w:t>[DIRECCIÓN, CÓDIGO POSTAL Y LOCALIDAD]</w:t>
      </w:r>
      <w:r>
        <w:br/>
      </w:r>
      <w:r>
        <w:rPr>
          <w:b w:val="0"/>
        </w:rPr>
        <w:t xml:space="preserve">Teléfono: </w:t>
      </w:r>
      <w:r>
        <w:rPr>
          <w:b w:val="0"/>
          <w:highlight w:val="yellow"/>
        </w:rPr>
        <w:t>[TELÉFONO]</w:t>
      </w:r>
      <w:r>
        <w:rPr>
          <w:b w:val="0"/>
        </w:rPr>
        <w:t xml:space="preserve">. Correo electrónico: </w:t>
      </w:r>
      <w:r>
        <w:rPr>
          <w:b w:val="0"/>
          <w:highlight w:val="yellow"/>
        </w:rPr>
        <w:t>[CORREO]</w:t>
      </w:r>
    </w:p>
    <w:p>
      <w:pPr>
        <w:spacing w:after="280"/>
      </w:pPr>
      <w:r>
        <w:rPr>
          <w:b w:val="0"/>
          <w:highlight w:val="yellow"/>
        </w:rPr>
        <w:t>[NOMBRE O RAZÓN SOCIAL DE LA EMPRESA]</w:t>
      </w:r>
      <w:r>
        <w:br/>
      </w:r>
      <w:r>
        <w:rPr>
          <w:b w:val="0"/>
        </w:rPr>
        <w:t xml:space="preserve">CIF: </w:t>
      </w:r>
      <w:r>
        <w:rPr>
          <w:b w:val="0"/>
          <w:highlight w:val="yellow"/>
        </w:rPr>
        <w:t>[CIF, SI APARECE EN LA FACTURA]</w:t>
      </w:r>
      <w:r>
        <w:br/>
      </w:r>
      <w:r>
        <w:rPr>
          <w:b w:val="0"/>
        </w:rPr>
        <w:t>Servicio de atención al cliente</w:t>
      </w:r>
      <w:r>
        <w:br/>
      </w:r>
      <w:r>
        <w:rPr>
          <w:b w:val="0"/>
          <w:highlight w:val="yellow"/>
        </w:rPr>
        <w:t>[DIRECCIÓN DE LA EMPRESA]</w:t>
      </w:r>
    </w:p>
    <w:p>
      <w:pPr>
        <w:spacing w:after="280"/>
        <w:jc w:val="right"/>
      </w:pPr>
      <w:r>
        <w:rPr>
          <w:b w:val="0"/>
        </w:rPr>
        <w:t xml:space="preserve">En </w:t>
      </w:r>
      <w:r>
        <w:rPr>
          <w:b w:val="0"/>
          <w:highlight w:val="yellow"/>
        </w:rPr>
        <w:t>[LOCALIDAD]</w:t>
      </w:r>
      <w:r>
        <w:rPr>
          <w:b w:val="0"/>
        </w:rPr>
        <w:t xml:space="preserve">, a </w:t>
      </w:r>
      <w:r>
        <w:rPr>
          <w:b w:val="0"/>
          <w:highlight w:val="yellow"/>
        </w:rPr>
        <w:t>[FECHA]</w:t>
      </w:r>
    </w:p>
    <w:p>
      <w:pPr>
        <w:spacing w:after="240"/>
      </w:pPr>
      <w:r>
        <w:rPr>
          <w:b/>
        </w:rPr>
        <w:t xml:space="preserve">Asunto: </w:t>
      </w:r>
      <w:r>
        <w:rPr>
          <w:b/>
        </w:rPr>
        <w:t xml:space="preserve">reclamación por </w:t>
      </w:r>
      <w:r>
        <w:rPr>
          <w:b/>
          <w:highlight w:val="yellow"/>
        </w:rPr>
        <w:t>[PRODUCTO O SERVICIO]</w:t>
      </w:r>
      <w:r>
        <w:rPr>
          <w:b/>
        </w:rPr>
        <w:t xml:space="preserve">. Pedido, factura o contrato n.º </w:t>
      </w:r>
      <w:r>
        <w:rPr>
          <w:b/>
          <w:highlight w:val="yellow"/>
        </w:rPr>
        <w:t>[NÚMERO]</w:t>
      </w:r>
    </w:p>
    <w:p>
      <w:pPr>
        <w:jc w:val="left"/>
      </w:pPr>
      <w:r>
        <w:rPr>
          <w:b w:val="0"/>
        </w:rPr>
        <w:t>Me dirijo a ustedes para presentar una reclamación por los siguientes hechos:</w:t>
      </w:r>
    </w:p>
    <w:p>
      <w:pPr>
        <w:jc w:val="left"/>
      </w:pPr>
      <w:r>
        <w:rPr>
          <w:b w:val="0"/>
        </w:rPr>
        <w:t xml:space="preserve">El </w:t>
      </w:r>
      <w:r>
        <w:rPr>
          <w:b w:val="0"/>
          <w:highlight w:val="yellow"/>
        </w:rPr>
        <w:t>[FECHA DE COMPRA O CONTRATACIÓN]</w:t>
      </w:r>
      <w:r>
        <w:rPr>
          <w:b w:val="0"/>
        </w:rPr>
        <w:t xml:space="preserve"> compré o contraté </w:t>
      </w:r>
      <w:r>
        <w:rPr>
          <w:b w:val="0"/>
          <w:highlight w:val="yellow"/>
        </w:rPr>
        <w:t>[DESCRIPCIÓN DEL PRODUCTO O SERVICIO]</w:t>
      </w:r>
      <w:r>
        <w:rPr>
          <w:b w:val="0"/>
        </w:rPr>
        <w:t xml:space="preserve"> por </w:t>
      </w:r>
      <w:r>
        <w:rPr>
          <w:b w:val="0"/>
          <w:highlight w:val="yellow"/>
        </w:rPr>
        <w:t>[IMPORTE]</w:t>
      </w:r>
      <w:r>
        <w:rPr>
          <w:b w:val="0"/>
        </w:rPr>
        <w:t xml:space="preserve"> euros, según consta en </w:t>
      </w:r>
      <w:r>
        <w:rPr>
          <w:b w:val="0"/>
          <w:highlight w:val="yellow"/>
        </w:rPr>
        <w:t>[FACTURA, TIQUE O CONTRATO]</w:t>
      </w:r>
      <w:r>
        <w:rPr>
          <w:b w:val="0"/>
        </w:rPr>
        <w:t xml:space="preserve"> n.º </w:t>
      </w:r>
      <w:r>
        <w:rPr>
          <w:b w:val="0"/>
          <w:highlight w:val="yellow"/>
        </w:rPr>
        <w:t>[NÚMERO]</w:t>
      </w:r>
      <w:r>
        <w:rPr>
          <w:b w:val="0"/>
        </w:rPr>
        <w:t>. Adjunto una copia.</w:t>
      </w:r>
    </w:p>
    <w:p>
      <w:pPr>
        <w:jc w:val="left"/>
      </w:pPr>
      <w:r>
        <w:rPr>
          <w:b w:val="0"/>
          <w:highlight w:val="yellow"/>
        </w:rPr>
        <w:t>[CUENTA QUÉ HA PASADO, CON FECHAS: QUÉ FALLA O QUÉ NO SE HA CUMPLIDO, DESDE CUÁNDO, SI YA LO COMUNICASTE ANTES, POR QUÉ VÍA Y QUÉ TE RESPONDIERON.]</w:t>
      </w:r>
    </w:p>
    <w:p>
      <w:pPr>
        <w:jc w:val="left"/>
      </w:pPr>
      <w:r>
        <w:rPr>
          <w:b w:val="0"/>
        </w:rPr>
        <w:t xml:space="preserve">Por ello solicito </w:t>
      </w:r>
      <w:r>
        <w:rPr>
          <w:b w:val="0"/>
          <w:highlight w:val="yellow"/>
        </w:rPr>
        <w:t>[LO QUE PIDES: QUE REPAREN EL PRODUCTO, QUE LO CAMBIEN POR OTRO, QUE DEVUELVAN EL IMPORTE PAGADO, QUE ANULEN EL CARGO...]</w:t>
      </w:r>
      <w:r>
        <w:rPr>
          <w:b w:val="0"/>
        </w:rPr>
        <w:t>.</w:t>
      </w:r>
    </w:p>
    <w:p>
      <w:pPr>
        <w:jc w:val="left"/>
      </w:pPr>
      <w:r>
        <w:rPr>
          <w:b w:val="0"/>
        </w:rPr>
        <w:t>Les ruego que me respondan por escrito, a la dirección postal o al correo electrónico que figuran arriba, y que me faciliten el número o la referencia de esta reclamación.</w:t>
      </w:r>
    </w:p>
    <w:p>
      <w:pPr>
        <w:spacing w:after="280"/>
      </w:pPr>
      <w:r>
        <w:rPr>
          <w:b w:val="0"/>
        </w:rPr>
        <w:t xml:space="preserve">Documentos que adjunto: </w:t>
      </w:r>
      <w:r>
        <w:rPr>
          <w:b w:val="0"/>
          <w:highlight w:val="yellow"/>
        </w:rPr>
        <w:t>[COPIA DE LA FACTURA O TIQUE, FOTOS, CORREOS ANTERIORES...]</w:t>
      </w:r>
    </w:p>
    <w:p>
      <w:pPr>
        <w:spacing w:after="800"/>
      </w:pPr>
      <w:r>
        <w:rPr>
          <w:b w:val="0"/>
        </w:rPr>
        <w:t>Atentamente,</w:t>
      </w:r>
    </w:p>
    <w:p>
      <w:r>
        <w:rPr>
          <w:b w:val="0"/>
        </w:rPr>
        <w:t>Firma: ______________________________</w:t>
      </w:r>
      <w:r>
        <w:br/>
      </w:r>
      <w:r>
        <w:rPr>
          <w:b w:val="0"/>
          <w:highlight w:val="yellow"/>
        </w:rPr>
        <w:t>[NOMBRE Y APELLIDOS]</w:t>
      </w:r>
    </w:p>
    <w:p>
      <w:pPr>
        <w:spacing w:before="360"/>
      </w:pPr>
      <w:r>
        <w:rPr>
          <w:i/>
          <w:color w:val="666666"/>
          <w:sz w:val="18"/>
        </w:rPr>
        <w:t>Modelo orientativo de www.modelines.com. Sustituye los textos entre corchetes por tus datos y borra lo que no uses.</w:t>
      </w:r>
    </w:p>
    <w:sectPr w:rsidR="00FC693F" w:rsidRPr="0006063C" w:rsidSect="00034616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60" w:line="276" w:lineRule="auto"/>
    </w:pPr>
    <w:rPr>
      <w:rFonts w:ascii="Calibri" w:hAnsi="Calibri" w:cs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reclamación a una empresa</dc:title>
  <dc:subject/>
  <dc:creator>www.modelines.com</dc:creator>
  <cp:keywords/>
  <dc:description>Modelo orientativo. Sustituye los textos entre corchetes por tus datos.</dc:description>
  <cp:lastModifiedBy>www.modelines.com</cp:lastModifiedBy>
  <cp:revision>1</cp:revision>
  <dcterms:created xsi:type="dcterms:W3CDTF">2013-12-23T23:15:00Z</dcterms:created>
  <dcterms:modified xsi:type="dcterms:W3CDTF">2013-12-23T23:15:00Z</dcterms:modified>
  <cp:category/>
  <dc:language>es-ES</dc:language>
</cp:coreProperties>
</file>