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sz w:val="26"/>
        </w:rPr>
        <w:t>CONTRATO DE COMPRAVENTA DE VEHÍCULO ENTRE PARTICULARES</w:t>
      </w:r>
    </w:p>
    <w:p>
      <w:pPr>
        <w:spacing w:after="200"/>
      </w:pPr>
      <w:r>
        <w:rPr>
          <w:b w:val="0"/>
        </w:rPr>
        <w:t>En [LOCALIDAD], a [FECHA]</w:t>
      </w:r>
    </w:p>
    <w:p>
      <w:pPr>
        <w:spacing w:before="80"/>
      </w:pPr>
      <w:r>
        <w:rPr>
          <w:b/>
        </w:rPr>
        <w:t>REUNIDOS</w:t>
      </w:r>
    </w:p>
    <w:p>
      <w:pPr>
        <w:jc w:val="both"/>
      </w:pPr>
      <w:r>
        <w:t>De una parte, como VENDEDOR, D./D.ª [NOMBRE Y APELLIDOS], con DNI/NIE [NÚMERO] y domicilio en [DIRECCIÓN, CÓDIGO POSTAL Y LOCALIDAD].</w:t>
      </w:r>
    </w:p>
    <w:p>
      <w:pPr>
        <w:jc w:val="both"/>
      </w:pPr>
      <w:r>
        <w:t>De otra parte, como COMPRADOR, D./D.ª [NOMBRE Y APELLIDOS], con DNI/NIE [NÚMERO] y domicilio en [DIRECCIÓN, CÓDIGO POSTAL Y LOCALIDAD].</w:t>
      </w:r>
    </w:p>
    <w:p>
      <w:pPr>
        <w:jc w:val="both"/>
      </w:pPr>
      <w:r>
        <w:rPr>
          <w:b w:val="0"/>
        </w:rPr>
        <w:t>Los dos intervienen en su propio nombre y acuerdan la compraventa del vehículo que se describe, con las siguientes</w:t>
      </w:r>
    </w:p>
    <w:p>
      <w:pPr>
        <w:spacing w:before="80"/>
      </w:pPr>
      <w:r>
        <w:rPr>
          <w:b/>
        </w:rPr>
        <w:t>CLÁUSULAS</w:t>
      </w:r>
    </w:p>
    <w:p>
      <w:pPr>
        <w:jc w:val="both"/>
      </w:pPr>
      <w:r>
        <w:rPr>
          <w:b/>
        </w:rPr>
        <w:t xml:space="preserve">PRIMERA. Vehículo. </w:t>
      </w:r>
      <w:r>
        <w:t>El vendedor, que declara ser su titular, vende al comprador el vehículo siguiente: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6520"/>
      </w:tblGrid>
      <w:tr>
        <w:tc>
          <w:tcPr>
            <w:tcW w:type="dxa" w:w="2551"/>
          </w:tcPr>
          <w:p>
            <w:pPr>
              <w:spacing w:after="40" w:before="40"/>
            </w:pPr>
            <w:r>
              <w:rPr>
                <w:b/>
              </w:rPr>
              <w:t>Marca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>
              <w:t>[MARCA]</w:t>
            </w:r>
          </w:p>
        </w:tc>
      </w:tr>
      <w:tr>
        <w:tc>
          <w:tcPr>
            <w:tcW w:type="dxa" w:w="2551"/>
          </w:tcPr>
          <w:p>
            <w:pPr>
              <w:spacing w:after="40" w:before="40"/>
            </w:pPr>
            <w:r>
              <w:rPr>
                <w:b/>
              </w:rPr>
              <w:t>Modelo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>
              <w:t>[MODELO]</w:t>
            </w:r>
          </w:p>
        </w:tc>
      </w:tr>
      <w:tr>
        <w:tc>
          <w:tcPr>
            <w:tcW w:type="dxa" w:w="2551"/>
          </w:tcPr>
          <w:p>
            <w:pPr>
              <w:spacing w:after="40" w:before="40"/>
            </w:pPr>
            <w:r>
              <w:rPr>
                <w:b/>
              </w:rPr>
              <w:t>Matrícula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>
              <w:t>[MATRÍCULA]</w:t>
            </w:r>
          </w:p>
        </w:tc>
      </w:tr>
      <w:tr>
        <w:tc>
          <w:tcPr>
            <w:tcW w:type="dxa" w:w="2551"/>
          </w:tcPr>
          <w:p>
            <w:pPr>
              <w:spacing w:after="40" w:before="40"/>
            </w:pPr>
            <w:r>
              <w:rPr>
                <w:b/>
              </w:rPr>
              <w:t>Número de bastidor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>
              <w:t>[NÚMERO DE BASTIDOR]</w:t>
            </w:r>
          </w:p>
        </w:tc>
      </w:tr>
      <w:tr>
        <w:tc>
          <w:tcPr>
            <w:tcW w:type="dxa" w:w="2551"/>
          </w:tcPr>
          <w:p>
            <w:pPr>
              <w:spacing w:after="40" w:before="40"/>
            </w:pPr>
            <w:r>
              <w:rPr>
                <w:b/>
              </w:rPr>
              <w:t>Kilómetros</w:t>
            </w:r>
          </w:p>
        </w:tc>
        <w:tc>
          <w:tcPr>
            <w:tcW w:type="dxa" w:w="6520"/>
          </w:tcPr>
          <w:p>
            <w:pPr>
              <w:spacing w:after="40" w:before="40"/>
            </w:pPr>
            <w:r>
              <w:t>[KILÓMETROS QUE MARCA EL CUENTAKILÓMETROS]</w:t>
            </w:r>
          </w:p>
        </w:tc>
      </w:tr>
    </w:tbl>
    <w:p>
      <w:pPr>
        <w:spacing w:after="0"/>
      </w:pPr>
    </w:p>
    <w:p>
      <w:pPr>
        <w:jc w:val="both"/>
      </w:pPr>
      <w:r>
        <w:rPr>
          <w:b/>
        </w:rPr>
        <w:t xml:space="preserve">SEGUNDA. Precio y pago. </w:t>
      </w:r>
      <w:r>
        <w:t>El precio es de [IMPORTE EN LETRAS] euros ([IMPORTE EN CIFRAS] €), que el comprador paga por [TRANSFERENCIA BANCARIA A LA CUENTA IBAN DEL VENDEDOR / OTRA FORMA DE PAGO] el día [FECHA DEL PAGO]. Con su firma, el vendedor declara haber recibido [EL PRECIO COMPLETO / LA CANTIDAD DE ... €, Y EL RESTO SE PAGARÁ EL ...].</w:t>
      </w:r>
    </w:p>
    <w:p>
      <w:pPr>
        <w:jc w:val="both"/>
      </w:pPr>
      <w:r>
        <w:rPr>
          <w:b/>
        </w:rPr>
        <w:t xml:space="preserve">TERCERA. Entrega. </w:t>
      </w:r>
      <w:r>
        <w:t>El vendedor entrega el vehículo al comprador el día [FECHA DE ENTREGA] a las [HORA Y MINUTOS]. Desde ese momento el comprador se hace cargo del vehículo y responde de su uso, de las infracciones y de los gastos que genere.</w:t>
      </w:r>
    </w:p>
    <w:p>
      <w:pPr>
        <w:jc w:val="both"/>
      </w:pPr>
      <w:r>
        <w:rPr>
          <w:b/>
        </w:rPr>
        <w:t xml:space="preserve">CUARTA. Estado del vehículo e ITV. </w:t>
      </w:r>
      <w:r>
        <w:t>El comprador ha visto y probado el vehículo y lo recibe en el estado en que se encuentra, que el vendedor declara así: [DAÑOS, AVERÍAS O REPARACIONES QUE CONOZCA, O "SIN DEFECTOS CONOCIDOS"]. El vehículo [TIENE LA ITV EN VIGOR HASTA EL (FECHA) / NO TIENE LA ITV EN VIGOR].</w:t>
      </w:r>
    </w:p>
    <w:p>
      <w:pPr>
        <w:jc w:val="both"/>
      </w:pPr>
      <w:r>
        <w:rPr>
          <w:b/>
        </w:rPr>
        <w:t xml:space="preserve">QUINTA. Cargas. </w:t>
      </w:r>
      <w:r>
        <w:t>El vendedor declara que el vehículo está libre de cargas, embargos, reservas de dominio y precintos, que tiene pagado el impuesto de circulación y que no tiene multas pendientes que impidan el cambio de titularidad.</w:t>
      </w:r>
    </w:p>
    <w:p>
      <w:pPr>
        <w:jc w:val="both"/>
      </w:pPr>
      <w:r>
        <w:rPr>
          <w:b/>
        </w:rPr>
        <w:t xml:space="preserve">SEXTA. Documentación. </w:t>
      </w:r>
      <w:r>
        <w:t>Junto con el vehículo, el vendedor entrega el permiso de circulación, la tarjeta de inspección técnica (ficha técnica), [NÚMERO] llaves y [OTROS: MANUAL, LIBRO DE MANTENIMIENTO, FACTURAS...].</w:t>
      </w:r>
    </w:p>
    <w:p>
      <w:pPr>
        <w:jc w:val="both"/>
      </w:pPr>
      <w:r>
        <w:rPr>
          <w:b/>
        </w:rPr>
        <w:t xml:space="preserve">SÉPTIMA. Cambio de titularidad y gastos. </w:t>
      </w:r>
      <w:r>
        <w:t>El comprador solicitará el cambio de titularidad en la Dirección General de Tráfico en los 30 días siguientes a la firma, y el vendedor notificará la venta. Los gastos del cambio de titularidad (tasa de la DGT [Y GESTORÍA]) corren a cargo de [EL COMPRADOR / EL VENDEDOR / LOS DOS A PARTES IGUALES]. El Impuesto sobre Transmisiones Patrimoniales lo paga el comprador.</w:t>
      </w:r>
    </w:p>
    <w:p>
      <w:pPr>
        <w:jc w:val="both"/>
      </w:pPr>
      <w:r>
        <w:rPr>
          <w:b/>
        </w:rPr>
        <w:t xml:space="preserve">OCTAVA. Defectos ocultos. </w:t>
      </w:r>
      <w:r>
        <w:t>El vendedor responde de los defectos ocultos del vehículo en los términos de los artículos 1484 a 1490 del Código Civil. Las acciones por defectos ocultos se extinguen a los seis meses desde la entrega.</w:t>
      </w:r>
    </w:p>
    <w:p>
      <w:pPr>
        <w:spacing w:before="80"/>
        <w:jc w:val="both"/>
      </w:pPr>
      <w:r>
        <w:rPr>
          <w:b w:val="0"/>
        </w:rPr>
        <w:t>Y en prueba de conformidad, las dos partes firman este contrato por duplicado y en todas sus hojas, en el lugar y la fecha indicados.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35"/>
        <w:gridCol w:w="4535"/>
      </w:tblGrid>
      <w:tr>
        <w:tc>
          <w:tcPr>
            <w:tcW w:type="dxa" w:w="4535"/>
          </w:tcPr>
          <w:p>
            <w:pPr>
              <w:spacing w:before="200"/>
            </w:pPr>
            <w:r>
              <w:rPr>
                <w:b/>
              </w:rPr>
              <w:t>EL VENDEDOR</w:t>
            </w:r>
          </w:p>
          <w:p>
            <w:r>
              <w:t>Firma:</w:t>
            </w:r>
          </w:p>
          <w:p>
            <w:pPr>
              <w:spacing w:after="80"/>
            </w:pPr>
          </w:p>
          <w:p>
            <w:pPr>
              <w:spacing w:after="80"/>
            </w:pPr>
          </w:p>
          <w:p>
            <w:pPr>
              <w:spacing w:after="80"/>
            </w:pPr>
          </w:p>
          <w:p>
            <w:r>
              <w:t>Fdo.: [NOMBRE Y APELLIDOS]</w:t>
            </w:r>
          </w:p>
        </w:tc>
        <w:tc>
          <w:tcPr>
            <w:tcW w:type="dxa" w:w="4535"/>
          </w:tcPr>
          <w:p>
            <w:pPr>
              <w:spacing w:before="200"/>
            </w:pPr>
            <w:r>
              <w:rPr>
                <w:b/>
              </w:rPr>
              <w:t>EL COMPRADOR</w:t>
            </w:r>
          </w:p>
          <w:p>
            <w:r>
              <w:t>Firma:</w:t>
            </w:r>
          </w:p>
          <w:p>
            <w:pPr>
              <w:spacing w:after="80"/>
            </w:pPr>
          </w:p>
          <w:p>
            <w:pPr>
              <w:spacing w:after="80"/>
            </w:pPr>
          </w:p>
          <w:p>
            <w:pPr>
              <w:spacing w:after="80"/>
            </w:pPr>
          </w:p>
          <w:p>
            <w:r>
              <w:t>Fdo.: [NOMBRE Y APELLIDOS]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sz w:val="18"/>
      </w:rPr>
      <w:t>Firma del vendedor: ____________________        Firma del comprador: ____________________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 de vehículo entre particulares</dc:title>
  <dc:subject/>
  <dc:creator>Modelines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