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2"/>
        </w:rPr>
        <w:t>ACTA DE LA JUNTA DE PROPIETARIOS</w:t>
      </w:r>
    </w:p>
    <w:p>
      <w:pPr>
        <w:spacing w:after="40"/>
        <w:jc w:val="center"/>
      </w:pPr>
      <w:r>
        <w:rPr>
          <w:b/>
        </w:rPr>
        <w:t>Comunidad de propietarios [NOMBRE O DIRECCIÓN DEL EDIFICIO]</w:t>
      </w:r>
    </w:p>
    <w:p>
      <w:pPr>
        <w:spacing w:after="200"/>
        <w:jc w:val="center"/>
      </w:pPr>
      <w:r>
        <w:rPr>
          <w:b w:val="0"/>
        </w:rPr>
        <w:t>[CALLE, NÚMERO, CÓDIGO POSTAL Y LOCALIDAD] · NIF [NIF DE LA COMUNIDAD]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803"/>
      </w:tblGrid>
      <w:tr>
        <w:tc>
          <w:tcPr>
            <w:tcW w:type="dxa" w:w="2268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Fecha y lugar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t>[FECHA], en [LUGAR DE CELEBRACIÓN]</w:t>
            </w:r>
          </w:p>
        </w:tc>
      </w:tr>
      <w:tr>
        <w:tc>
          <w:tcPr>
            <w:tcW w:type="dxa" w:w="2268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Hora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t>De [HORA] a [HORA]</w:t>
            </w:r>
          </w:p>
        </w:tc>
      </w:tr>
      <w:tr>
        <w:tc>
          <w:tcPr>
            <w:tcW w:type="dxa" w:w="2268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Carácter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t>[ORDINARIA / EXTRAORDINARIA]</w:t>
            </w:r>
          </w:p>
        </w:tc>
      </w:tr>
      <w:tr>
        <w:tc>
          <w:tcPr>
            <w:tcW w:type="dxa" w:w="2268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Convocatoria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t>Celebrada en [PRIMERA / SEGUNDA] convocatoria</w:t>
            </w:r>
          </w:p>
        </w:tc>
      </w:tr>
      <w:tr>
        <w:tc>
          <w:tcPr>
            <w:tcW w:type="dxa" w:w="2268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Convocada por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t>[PRESIDENTE/A] / [PROPIETARIOS QUE LA PROMOVIERON, CON SU PISO O LOCAL]</w:t>
            </w:r>
          </w:p>
        </w:tc>
      </w:tr>
      <w:tr>
        <w:tc>
          <w:tcPr>
            <w:tcW w:type="dxa" w:w="2268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Presidente/a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t>[NOMBRE Y APELLIDOS, PISO O LOCAL]</w:t>
            </w:r>
          </w:p>
        </w:tc>
      </w:tr>
      <w:tr>
        <w:tc>
          <w:tcPr>
            <w:tcW w:type="dxa" w:w="2268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Secretario/a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t>[NOMBRE Y APELLIDOS] ([PROPIETARIO / ADMINISTRADOR])</w:t>
            </w:r>
          </w:p>
        </w:tc>
      </w:tr>
    </w:tbl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ASISTENTES, PRESENTES Y REPRESENTADOS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721"/>
        <w:gridCol w:w="3061"/>
        <w:gridCol w:w="907"/>
        <w:gridCol w:w="1247"/>
      </w:tblGrid>
      <w:tr>
        <w:tc>
          <w:tcPr>
            <w:tcW w:type="dxa" w:w="1134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Piso</w:t>
            </w:r>
          </w:p>
        </w:tc>
        <w:tc>
          <w:tcPr>
            <w:tcW w:type="dxa" w:w="272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Propietario/a</w:t>
            </w:r>
          </w:p>
        </w:tc>
        <w:tc>
          <w:tcPr>
            <w:tcW w:type="dxa" w:w="3061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Presente o representado (por quién)</w:t>
            </w:r>
          </w:p>
        </w:tc>
        <w:tc>
          <w:tcPr>
            <w:tcW w:type="dxa" w:w="907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Cuota %</w:t>
            </w:r>
          </w:p>
        </w:tc>
        <w:tc>
          <w:tcPr>
            <w:tcW w:type="dxa" w:w="1247"/>
            <w:shd w:val="clear" w:color="auto" w:fill="E8EDF2"/>
          </w:tcPr>
          <w:p>
            <w:pPr>
              <w:spacing w:after="40" w:before="40"/>
            </w:pPr>
            <w:r/>
            <w:r>
              <w:rPr>
                <w:b/>
              </w:rPr>
              <w:t>Cargo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</w:pPr>
            <w:r>
              <w:t>[PISO]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t>[PRESENTE / REPRESENTADO POR ...]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>
              <w:t>[0,00]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t>[CARGO]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</w:pPr>
            <w:r>
              <w:t>[PISO]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t>[PRESENTE / REPRESENTADO POR ...]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>
              <w:t>[0,00]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t>[CARGO]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</w:pPr>
            <w:r>
              <w:t>[PISO]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t>[PRESENTE / REPRESENTADO POR ...]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>
              <w:t>[0,00]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t>[CARGO]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</w:pPr>
            <w:r>
              <w:t>[PISO]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t>[PRESENTE / REPRESENTADO POR ...]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>
              <w:t>[0,00]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t>[CARGO]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</w:pPr>
            <w:r>
              <w:t>[PISO]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t>[PRESENTE / REPRESENTADO POR ...]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>
              <w:t>[0,00]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t>[CARGO]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</w:pPr>
            <w:r>
              <w:t>[PISO]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t>[NOMBRE Y APELLIDOS]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>
              <w:t>[PRESENTE / REPRESENTADO POR ...]</w:t>
            </w:r>
          </w:p>
        </w:tc>
        <w:tc>
          <w:tcPr>
            <w:tcW w:type="dxa" w:w="907"/>
          </w:tcPr>
          <w:p>
            <w:pPr>
              <w:spacing w:after="40" w:before="40"/>
            </w:pPr>
            <w:r>
              <w:t>[0,00]</w:t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>
              <w:t>[CARGO]</w:t>
            </w:r>
          </w:p>
        </w:tc>
      </w:tr>
    </w:tbl>
    <w:p>
      <w:pPr>
        <w:spacing w:before="120" w:after="40"/>
      </w:pPr>
      <w:r>
        <w:rPr>
          <w:b/>
        </w:rPr>
        <w:t xml:space="preserve">Total: </w:t>
      </w:r>
      <w:r>
        <w:rPr>
          <w:b w:val="0"/>
        </w:rPr>
        <w:t>[N] propietarios presentes y [N] representados, que suman [0,00] % de las cuotas de participación.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ORDEN DEL DÍA</w:t>
      </w:r>
    </w:p>
    <w:p>
      <w:pPr>
        <w:spacing w:after="20"/>
      </w:pPr>
      <w:r>
        <w:rPr>
          <w:b w:val="0"/>
        </w:rPr>
        <w:t>1. Lectura y aprobación, si procede, del acta de la junta anterior.</w:t>
      </w:r>
    </w:p>
    <w:p>
      <w:pPr>
        <w:spacing w:after="20"/>
      </w:pPr>
      <w:r>
        <w:rPr>
          <w:b w:val="0"/>
        </w:rPr>
        <w:t>2. [ASUNTO: CUENTAS, PRESUPUESTO, NOMBRAMIENTO DE CARGOS, OBRAS...]</w:t>
      </w:r>
    </w:p>
    <w:p>
      <w:pPr>
        <w:spacing w:after="20"/>
      </w:pPr>
      <w:r>
        <w:rPr>
          <w:b w:val="0"/>
        </w:rPr>
        <w:t>3. [ASUNTO]</w:t>
      </w:r>
    </w:p>
    <w:p>
      <w:pPr>
        <w:spacing w:after="20"/>
      </w:pPr>
      <w:r>
        <w:rPr>
          <w:b w:val="0"/>
        </w:rPr>
        <w:t>4. Ruegos y preguntas.</w:t>
      </w:r>
    </w:p>
    <w:p>
      <w:pPr>
        <w:spacing w:before="200" w:after="80"/>
        <w:pBdr>
          <w:bottom w:val="single" w:sz="6" w:space="1" w:color="1F3A5F"/>
        </w:pBdr>
      </w:pPr>
      <w:r>
        <w:rPr>
          <w:b/>
          <w:color w:val="1F3A5F"/>
          <w:sz w:val="22"/>
        </w:rPr>
        <w:t>ACUERDOS ADOPTADOS</w:t>
      </w:r>
    </w:p>
    <w:p>
      <w:pPr>
        <w:spacing w:before="120" w:after="40"/>
      </w:pPr>
      <w:r>
        <w:rPr>
          <w:b/>
        </w:rPr>
        <w:t>Punto 1. Aprobación del acta anterior</w:t>
      </w:r>
    </w:p>
    <w:p>
      <w:pPr>
        <w:spacing w:after="40"/>
      </w:pPr>
      <w:r>
        <w:rPr>
          <w:b w:val="0"/>
        </w:rPr>
        <w:t>[RESUMEN BREVE DE LO DEBATIDO]</w:t>
      </w:r>
    </w:p>
    <w:p>
      <w:pPr>
        <w:spacing w:after="40"/>
      </w:pPr>
      <w:r>
        <w:rPr>
          <w:b/>
        </w:rPr>
        <w:t xml:space="preserve">Acuerdo: </w:t>
      </w:r>
      <w:r>
        <w:rPr>
          <w:b w:val="0"/>
        </w:rPr>
        <w:t>[TEXTO EXACTO DEL ACUERDO]</w:t>
      </w:r>
    </w:p>
    <w:p>
      <w:pPr>
        <w:spacing w:after="40"/>
      </w:pPr>
      <w:r>
        <w:rPr>
          <w:b/>
        </w:rPr>
        <w:t xml:space="preserve">A favor: </w:t>
      </w:r>
      <w:r>
        <w:rPr>
          <w:b w:val="0"/>
        </w:rPr>
        <w:t xml:space="preserve">[N] propietarios, [0,00] % de cuotas. </w:t>
      </w:r>
      <w:r>
        <w:rPr>
          <w:b/>
        </w:rPr>
        <w:t xml:space="preserve">En contra: </w:t>
      </w:r>
      <w:r>
        <w:rPr>
          <w:b w:val="0"/>
        </w:rPr>
        <w:t xml:space="preserve">[N] propietarios, [0,00] % de cuotas ([NOMBRES Y PISOS]). </w:t>
      </w:r>
      <w:r>
        <w:rPr>
          <w:b/>
        </w:rPr>
        <w:t xml:space="preserve">Abstenciones: </w:t>
      </w:r>
      <w:r>
        <w:rPr>
          <w:b w:val="0"/>
        </w:rPr>
        <w:t>[N].</w:t>
      </w:r>
    </w:p>
    <w:p>
      <w:pPr>
        <w:spacing w:after="40"/>
      </w:pPr>
      <w:r>
        <w:rPr>
          <w:b/>
        </w:rPr>
        <w:t xml:space="preserve">Resultado: </w:t>
      </w:r>
      <w:r>
        <w:rPr>
          <w:b w:val="0"/>
        </w:rPr>
        <w:t>[APROBADO / RECHAZADO POR LA MAYORÍA DE ...]</w:t>
      </w:r>
    </w:p>
    <w:p>
      <w:pPr>
        <w:spacing w:before="120" w:after="40"/>
      </w:pPr>
      <w:r>
        <w:rPr>
          <w:b/>
        </w:rPr>
        <w:t>Punto 2. [ASUNTO]</w:t>
      </w:r>
    </w:p>
    <w:p>
      <w:pPr>
        <w:spacing w:after="40"/>
      </w:pPr>
      <w:r>
        <w:rPr>
          <w:b w:val="0"/>
        </w:rPr>
        <w:t>[RESUMEN BREVE DE LO DEBATIDO]</w:t>
      </w:r>
    </w:p>
    <w:p>
      <w:pPr>
        <w:spacing w:after="40"/>
      </w:pPr>
      <w:r>
        <w:rPr>
          <w:b/>
        </w:rPr>
        <w:t xml:space="preserve">Acuerdo: </w:t>
      </w:r>
      <w:r>
        <w:rPr>
          <w:b w:val="0"/>
        </w:rPr>
        <w:t>[TEXTO EXACTO DEL ACUERDO]</w:t>
      </w:r>
    </w:p>
    <w:p>
      <w:pPr>
        <w:spacing w:after="40"/>
      </w:pPr>
      <w:r>
        <w:rPr>
          <w:b/>
        </w:rPr>
        <w:t xml:space="preserve">A favor: </w:t>
      </w:r>
      <w:r>
        <w:rPr>
          <w:b w:val="0"/>
        </w:rPr>
        <w:t xml:space="preserve">[N] propietarios, [0,00] % de cuotas. </w:t>
      </w:r>
      <w:r>
        <w:rPr>
          <w:b/>
        </w:rPr>
        <w:t xml:space="preserve">En contra: </w:t>
      </w:r>
      <w:r>
        <w:rPr>
          <w:b w:val="0"/>
        </w:rPr>
        <w:t xml:space="preserve">[N] propietarios, [0,00] % de cuotas ([NOMBRES Y PISOS]). </w:t>
      </w:r>
      <w:r>
        <w:rPr>
          <w:b/>
        </w:rPr>
        <w:t xml:space="preserve">Abstenciones: </w:t>
      </w:r>
      <w:r>
        <w:rPr>
          <w:b w:val="0"/>
        </w:rPr>
        <w:t>[N].</w:t>
      </w:r>
    </w:p>
    <w:p>
      <w:pPr>
        <w:spacing w:after="40"/>
      </w:pPr>
      <w:r>
        <w:rPr>
          <w:b/>
        </w:rPr>
        <w:t xml:space="preserve">Resultado: </w:t>
      </w:r>
      <w:r>
        <w:rPr>
          <w:b w:val="0"/>
        </w:rPr>
        <w:t>[APROBADO / RECHAZADO POR LA MAYORÍA DE ...]</w:t>
      </w:r>
    </w:p>
    <w:p>
      <w:pPr>
        <w:spacing w:before="120" w:after="40"/>
      </w:pPr>
      <w:r>
        <w:rPr>
          <w:b/>
        </w:rPr>
        <w:t>Punto 3. [ASUNTO]</w:t>
      </w:r>
    </w:p>
    <w:p>
      <w:pPr>
        <w:spacing w:after="40"/>
      </w:pPr>
      <w:r>
        <w:rPr>
          <w:b w:val="0"/>
        </w:rPr>
        <w:t>[RESUMEN BREVE DE LO DEBATIDO]</w:t>
      </w:r>
    </w:p>
    <w:p>
      <w:pPr>
        <w:spacing w:after="40"/>
      </w:pPr>
      <w:r>
        <w:rPr>
          <w:b/>
        </w:rPr>
        <w:t xml:space="preserve">Acuerdo: </w:t>
      </w:r>
      <w:r>
        <w:rPr>
          <w:b w:val="0"/>
        </w:rPr>
        <w:t>[TEXTO EXACTO DEL ACUERDO]</w:t>
      </w:r>
    </w:p>
    <w:p>
      <w:pPr>
        <w:spacing w:after="40"/>
      </w:pPr>
      <w:r>
        <w:rPr>
          <w:b/>
        </w:rPr>
        <w:t xml:space="preserve">A favor: </w:t>
      </w:r>
      <w:r>
        <w:rPr>
          <w:b w:val="0"/>
        </w:rPr>
        <w:t xml:space="preserve">[N] propietarios, [0,00] % de cuotas. </w:t>
      </w:r>
      <w:r>
        <w:rPr>
          <w:b/>
        </w:rPr>
        <w:t xml:space="preserve">En contra: </w:t>
      </w:r>
      <w:r>
        <w:rPr>
          <w:b w:val="0"/>
        </w:rPr>
        <w:t xml:space="preserve">[N] propietarios, [0,00] % de cuotas ([NOMBRES Y PISOS]). </w:t>
      </w:r>
      <w:r>
        <w:rPr>
          <w:b/>
        </w:rPr>
        <w:t xml:space="preserve">Abstenciones: </w:t>
      </w:r>
      <w:r>
        <w:rPr>
          <w:b w:val="0"/>
        </w:rPr>
        <w:t>[N].</w:t>
      </w:r>
    </w:p>
    <w:p>
      <w:pPr>
        <w:spacing w:after="40"/>
      </w:pPr>
      <w:r>
        <w:rPr>
          <w:b/>
        </w:rPr>
        <w:t xml:space="preserve">Resultado: </w:t>
      </w:r>
      <w:r>
        <w:rPr>
          <w:b w:val="0"/>
        </w:rPr>
        <w:t>[APROBADO / RECHAZADO POR LA MAYORÍA DE ...]</w:t>
      </w:r>
    </w:p>
    <w:p>
      <w:pPr>
        <w:spacing w:before="120" w:after="40"/>
      </w:pPr>
      <w:r>
        <w:rPr>
          <w:b/>
        </w:rPr>
        <w:t>Punto 4. Ruegos y preguntas</w:t>
      </w:r>
    </w:p>
    <w:p>
      <w:pPr>
        <w:spacing w:after="160"/>
      </w:pPr>
      <w:r>
        <w:rPr>
          <w:b w:val="0"/>
        </w:rPr>
        <w:t>[QUIÉN PREGUNTA O PROPONE QUÉ Y QUÉ SE LE CONTESTA]</w:t>
      </w:r>
    </w:p>
    <w:p>
      <w:pPr>
        <w:spacing w:before="120" w:after="280"/>
      </w:pPr>
      <w:r>
        <w:rPr>
          <w:b w:val="0"/>
        </w:rPr>
        <w:t>Sin más asuntos que tratar, el/la presidente/a levanta la sesión a las [HORA]. Esta acta se cierra con las firmas del presidente/a y del secretario/a [AL TERMINAR LA REUNIÓN / EL [FECHA], DENTRO DE LOS DIEZ DÍAS NATURALES SIGUIENTES] y se remitirá a los propietarios conforme al artículo 9 de la Ley 49/1960, de Propiedad Horizontal.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</w:tcPr>
          <w:p>
            <w:pPr>
              <w:spacing w:before="0"/>
              <w:jc w:val="center"/>
            </w:pPr>
            <w:r/>
            <w:r>
              <w:rPr>
                <w:b/>
              </w:rPr>
              <w:t>El/la presidente/a</w:t>
            </w:r>
            <w:r>
              <w:br/>
            </w:r>
            <w:r>
              <w:br/>
              <w:br/>
              <w:br/>
            </w:r>
            <w:r>
              <w:t>Fdo.: [NOMBRE Y APELLIDOS]</w:t>
            </w:r>
          </w:p>
        </w:tc>
        <w:tc>
          <w:tcPr>
            <w:tcW w:type="dxa" w:w="4535"/>
          </w:tcPr>
          <w:p>
            <w:pPr>
              <w:spacing w:before="0"/>
              <w:jc w:val="center"/>
            </w:pPr>
            <w:r/>
            <w:r>
              <w:rPr>
                <w:b/>
              </w:rPr>
              <w:t>El/la secretario/a</w:t>
            </w:r>
            <w:r>
              <w:br/>
            </w:r>
            <w:r>
              <w:br/>
              <w:br/>
              <w:br/>
            </w:r>
            <w:r>
              <w:t>Fdo.: [NOMBRE Y APELLIDOS]</w:t>
            </w:r>
          </w:p>
        </w:tc>
      </w:tr>
    </w:tbl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