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2"/>
        </w:rPr>
        <w:t>ACTA DE LA REUNIÓN</w:t>
      </w:r>
    </w:p>
    <w:p>
      <w:pPr>
        <w:spacing w:after="40"/>
        <w:jc w:val="center"/>
      </w:pPr>
      <w:r>
        <w:rPr>
          <w:b w:val="0"/>
          <w:sz w:val="22"/>
        </w:rPr>
        <w:t>[TIPO DE REUNIÓN: DE EQUIPO, DE LA JUNTA DIRECTIVA, DE LA ASAMBLEA GENERAL...]</w:t>
      </w:r>
    </w:p>
    <w:p>
      <w:pPr>
        <w:spacing w:after="200"/>
        <w:jc w:val="center"/>
      </w:pPr>
      <w:r>
        <w:rPr>
          <w:b/>
        </w:rPr>
        <w:t>[NOMBRE DE LA EMPRESA, ASOCIACIÓN O ENTIDAD]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6520"/>
      </w:tblGrid>
      <w:tr>
        <w:tc>
          <w:tcPr>
            <w:tcW w:type="dxa" w:w="2551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Fecha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>
              <w:t>[FECHA]</w:t>
            </w:r>
          </w:p>
        </w:tc>
      </w:tr>
      <w:tr>
        <w:tc>
          <w:tcPr>
            <w:tcW w:type="dxa" w:w="2551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Hora de inicio y de fin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>
              <w:t>De [HORA] a [HORA]</w:t>
            </w:r>
          </w:p>
        </w:tc>
      </w:tr>
      <w:tr>
        <w:tc>
          <w:tcPr>
            <w:tcW w:type="dxa" w:w="2551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Lugar o medio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>
              <w:t>[PRESENCIAL: DIRECCIÓN O SALA] / [VIDEOCONFERENCIA: PLATAFORMA]</w:t>
            </w:r>
          </w:p>
        </w:tc>
      </w:tr>
      <w:tr>
        <w:tc>
          <w:tcPr>
            <w:tcW w:type="dxa" w:w="2551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Convocada por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>
              <w:t>[NOMBRE Y CARGO], el [FECHA DE LA CONVOCATORIA]</w:t>
            </w:r>
          </w:p>
        </w:tc>
      </w:tr>
      <w:tr>
        <w:tc>
          <w:tcPr>
            <w:tcW w:type="dxa" w:w="2551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Preside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>
              <w:t>[NOMBRE Y APELLIDOS, CARGO]</w:t>
            </w:r>
          </w:p>
        </w:tc>
      </w:tr>
      <w:tr>
        <w:tc>
          <w:tcPr>
            <w:tcW w:type="dxa" w:w="2551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Secretario/a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>
              <w:t>[NOMBRE Y APELLIDOS, CARGO]</w:t>
            </w:r>
          </w:p>
        </w:tc>
      </w:tr>
    </w:tbl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ASISTENTES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2"/>
        <w:gridCol w:w="2835"/>
        <w:gridCol w:w="2665"/>
      </w:tblGrid>
      <w:tr>
        <w:tc>
          <w:tcPr>
            <w:tcW w:type="dxa" w:w="3572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Nombre y apellidos</w:t>
            </w:r>
          </w:p>
        </w:tc>
        <w:tc>
          <w:tcPr>
            <w:tcW w:type="dxa" w:w="2835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Cargo o función</w:t>
            </w:r>
          </w:p>
        </w:tc>
        <w:tc>
          <w:tcPr>
            <w:tcW w:type="dxa" w:w="2665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Asiste</w:t>
            </w:r>
          </w:p>
        </w:tc>
      </w:tr>
      <w:tr>
        <w:tc>
          <w:tcPr>
            <w:tcW w:type="dxa" w:w="3572"/>
          </w:tcPr>
          <w:p>
            <w:pPr>
              <w:spacing w:after="40" w:before="40"/>
            </w:pPr>
            <w:r>
              <w:t>[NOMBRE Y APELLIDOS]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>
              <w:t>[CARGO]</w:t>
            </w:r>
          </w:p>
        </w:tc>
        <w:tc>
          <w:tcPr>
            <w:tcW w:type="dxa" w:w="2665"/>
          </w:tcPr>
          <w:p>
            <w:pPr>
              <w:spacing w:after="40" w:before="40"/>
            </w:pPr>
            <w:r>
              <w:t>[EN PERSONA / EN LÍNEA]</w:t>
            </w:r>
          </w:p>
        </w:tc>
      </w:tr>
      <w:tr>
        <w:tc>
          <w:tcPr>
            <w:tcW w:type="dxa" w:w="3572"/>
          </w:tcPr>
          <w:p>
            <w:pPr>
              <w:spacing w:after="40" w:before="40"/>
            </w:pPr>
            <w:r>
              <w:t>[NOMBRE Y APELLIDOS]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>
              <w:t>[CARGO]</w:t>
            </w:r>
          </w:p>
        </w:tc>
        <w:tc>
          <w:tcPr>
            <w:tcW w:type="dxa" w:w="2665"/>
          </w:tcPr>
          <w:p>
            <w:pPr>
              <w:spacing w:after="40" w:before="40"/>
            </w:pPr>
            <w:r>
              <w:t>[EN PERSONA / EN LÍNEA]</w:t>
            </w:r>
          </w:p>
        </w:tc>
      </w:tr>
      <w:tr>
        <w:tc>
          <w:tcPr>
            <w:tcW w:type="dxa" w:w="3572"/>
          </w:tcPr>
          <w:p>
            <w:pPr>
              <w:spacing w:after="40" w:before="40"/>
            </w:pPr>
            <w:r>
              <w:t>[NOMBRE Y APELLIDOS]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>
              <w:t>[CARGO]</w:t>
            </w:r>
          </w:p>
        </w:tc>
        <w:tc>
          <w:tcPr>
            <w:tcW w:type="dxa" w:w="2665"/>
          </w:tcPr>
          <w:p>
            <w:pPr>
              <w:spacing w:after="40" w:before="40"/>
            </w:pPr>
            <w:r>
              <w:t>[EN PERSONA / EN LÍNEA]</w:t>
            </w:r>
          </w:p>
        </w:tc>
      </w:tr>
      <w:tr>
        <w:tc>
          <w:tcPr>
            <w:tcW w:type="dxa" w:w="3572"/>
          </w:tcPr>
          <w:p>
            <w:pPr>
              <w:spacing w:after="40" w:before="40"/>
            </w:pPr>
            <w:r>
              <w:t>[NOMBRE Y APELLIDOS]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>
              <w:t>[CARGO]</w:t>
            </w:r>
          </w:p>
        </w:tc>
        <w:tc>
          <w:tcPr>
            <w:tcW w:type="dxa" w:w="2665"/>
          </w:tcPr>
          <w:p>
            <w:pPr>
              <w:spacing w:after="40" w:before="40"/>
            </w:pPr>
            <w:r>
              <w:t>[EN PERSONA / EN LÍNEA]</w:t>
            </w:r>
          </w:p>
        </w:tc>
      </w:tr>
      <w:tr>
        <w:tc>
          <w:tcPr>
            <w:tcW w:type="dxa" w:w="3572"/>
          </w:tcPr>
          <w:p>
            <w:pPr>
              <w:spacing w:after="40" w:before="40"/>
            </w:pPr>
            <w:r>
              <w:t>[NOMBRE Y APELLIDOS]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>
              <w:t>[CARGO]</w:t>
            </w:r>
          </w:p>
        </w:tc>
        <w:tc>
          <w:tcPr>
            <w:tcW w:type="dxa" w:w="2665"/>
          </w:tcPr>
          <w:p>
            <w:pPr>
              <w:spacing w:after="40" w:before="40"/>
            </w:pPr>
            <w:r>
              <w:t>[EN PERSONA / EN LÍNEA]</w:t>
            </w:r>
          </w:p>
        </w:tc>
      </w:tr>
    </w:tbl>
    <w:p>
      <w:pPr>
        <w:spacing w:before="120" w:after="40"/>
      </w:pPr>
      <w:r>
        <w:rPr>
          <w:b/>
        </w:rPr>
        <w:t xml:space="preserve">Ausentes excusados: </w:t>
      </w:r>
      <w:r>
        <w:rPr>
          <w:b w:val="0"/>
        </w:rPr>
        <w:t>[NOMBRE Y CARGO] / [NINGUNO]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ORDEN DEL DÍA</w:t>
      </w:r>
    </w:p>
    <w:p>
      <w:pPr>
        <w:spacing w:after="20"/>
      </w:pPr>
      <w:r>
        <w:rPr>
          <w:b w:val="0"/>
        </w:rPr>
        <w:t>1. Lectura y aprobación, si procede, del acta de la reunión anterior.</w:t>
      </w:r>
    </w:p>
    <w:p>
      <w:pPr>
        <w:spacing w:after="20"/>
      </w:pPr>
      <w:r>
        <w:rPr>
          <w:b w:val="0"/>
        </w:rPr>
        <w:t>2. [ASUNTO]</w:t>
      </w:r>
    </w:p>
    <w:p>
      <w:pPr>
        <w:spacing w:after="20"/>
      </w:pPr>
      <w:r>
        <w:rPr>
          <w:b w:val="0"/>
        </w:rPr>
        <w:t>3. [ASUNTO]</w:t>
      </w:r>
    </w:p>
    <w:p>
      <w:pPr>
        <w:spacing w:after="20"/>
      </w:pPr>
      <w:r>
        <w:rPr>
          <w:b w:val="0"/>
        </w:rPr>
        <w:t>4. Ruegos y preguntas.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DESARROLLO DE LA REUNIÓN Y ACUERDOS</w:t>
      </w:r>
    </w:p>
    <w:p>
      <w:pPr>
        <w:spacing w:before="120" w:after="40"/>
      </w:pPr>
      <w:r>
        <w:rPr>
          <w:b/>
        </w:rPr>
        <w:t>Punto 1. Aprobación del acta anterior</w:t>
      </w:r>
    </w:p>
    <w:p>
      <w:pPr>
        <w:spacing w:after="40"/>
      </w:pPr>
      <w:r>
        <w:rPr>
          <w:b w:val="0"/>
        </w:rPr>
        <w:t>[SE LEE EL ACTA DE LA REUNIÓN DEL DÍA ... Y SE PIDEN CORRECCIONES]</w:t>
      </w:r>
    </w:p>
    <w:p>
      <w:pPr>
        <w:spacing w:after="40"/>
      </w:pPr>
      <w:r>
        <w:rPr>
          <w:b/>
        </w:rPr>
        <w:t xml:space="preserve">Acuerdo: </w:t>
      </w:r>
      <w:r>
        <w:rPr>
          <w:b w:val="0"/>
        </w:rPr>
        <w:t>[TEXTO EXACTO DEL ACUERDO]</w:t>
      </w:r>
    </w:p>
    <w:p>
      <w:pPr>
        <w:spacing w:after="40"/>
      </w:pPr>
      <w:r>
        <w:rPr>
          <w:b/>
        </w:rPr>
        <w:t xml:space="preserve">Votación: </w:t>
      </w:r>
      <w:r>
        <w:rPr>
          <w:b w:val="0"/>
        </w:rPr>
        <w:t xml:space="preserve">[N] a favor, [N] en contra, [N] abstenciones. </w:t>
      </w:r>
      <w:r>
        <w:rPr>
          <w:b/>
        </w:rPr>
        <w:t xml:space="preserve">Resultado: </w:t>
      </w:r>
      <w:r>
        <w:rPr>
          <w:b w:val="0"/>
        </w:rPr>
        <w:t>[APROBADO / RECHAZADO / POR UNANIMIDAD]</w:t>
      </w:r>
    </w:p>
    <w:p>
      <w:pPr>
        <w:spacing w:before="120" w:after="40"/>
      </w:pPr>
      <w:r>
        <w:rPr>
          <w:b/>
        </w:rPr>
        <w:t>Punto 2. [ASUNTO]</w:t>
      </w:r>
    </w:p>
    <w:p>
      <w:pPr>
        <w:spacing w:after="40"/>
      </w:pPr>
      <w:r>
        <w:rPr>
          <w:b w:val="0"/>
        </w:rPr>
        <w:t>[RESUMEN DE LO QUE SE EXPONE Y DE LAS POSTURAS, CON EL NOMBRE DE QUIEN INTERVIENE]</w:t>
      </w:r>
    </w:p>
    <w:p>
      <w:pPr>
        <w:spacing w:after="40"/>
      </w:pPr>
      <w:r>
        <w:rPr>
          <w:b/>
        </w:rPr>
        <w:t xml:space="preserve">Acuerdo: </w:t>
      </w:r>
      <w:r>
        <w:rPr>
          <w:b w:val="0"/>
        </w:rPr>
        <w:t>[TEXTO EXACTO DEL ACUERDO]</w:t>
      </w:r>
    </w:p>
    <w:p>
      <w:pPr>
        <w:spacing w:after="40"/>
      </w:pPr>
      <w:r>
        <w:rPr>
          <w:b/>
        </w:rPr>
        <w:t xml:space="preserve">Votación: </w:t>
      </w:r>
      <w:r>
        <w:rPr>
          <w:b w:val="0"/>
        </w:rPr>
        <w:t xml:space="preserve">[N] a favor, [N] en contra, [N] abstenciones. </w:t>
      </w:r>
      <w:r>
        <w:rPr>
          <w:b/>
        </w:rPr>
        <w:t xml:space="preserve">Resultado: </w:t>
      </w:r>
      <w:r>
        <w:rPr>
          <w:b w:val="0"/>
        </w:rPr>
        <w:t>[APROBADO / RECHAZADO / POR UNANIMIDAD]</w:t>
      </w:r>
    </w:p>
    <w:p>
      <w:pPr>
        <w:spacing w:before="120" w:after="40"/>
      </w:pPr>
      <w:r>
        <w:rPr>
          <w:b/>
        </w:rPr>
        <w:t>Punto 3. [ASUNTO]</w:t>
      </w:r>
    </w:p>
    <w:p>
      <w:pPr>
        <w:spacing w:after="40"/>
      </w:pPr>
      <w:r>
        <w:rPr>
          <w:b w:val="0"/>
        </w:rPr>
        <w:t>[RESUMEN DE LO QUE SE EXPONE Y DE LAS POSTURAS, CON EL NOMBRE DE QUIEN INTERVIENE]</w:t>
      </w:r>
    </w:p>
    <w:p>
      <w:pPr>
        <w:spacing w:after="40"/>
      </w:pPr>
      <w:r>
        <w:rPr>
          <w:b/>
        </w:rPr>
        <w:t xml:space="preserve">Acuerdo: </w:t>
      </w:r>
      <w:r>
        <w:rPr>
          <w:b w:val="0"/>
        </w:rPr>
        <w:t>[TEXTO EXACTO DEL ACUERDO]</w:t>
      </w:r>
    </w:p>
    <w:p>
      <w:pPr>
        <w:spacing w:after="40"/>
      </w:pPr>
      <w:r>
        <w:rPr>
          <w:b/>
        </w:rPr>
        <w:t xml:space="preserve">Votación: </w:t>
      </w:r>
      <w:r>
        <w:rPr>
          <w:b w:val="0"/>
        </w:rPr>
        <w:t xml:space="preserve">[N] a favor, [N] en contra, [N] abstenciones. </w:t>
      </w:r>
      <w:r>
        <w:rPr>
          <w:b/>
        </w:rPr>
        <w:t xml:space="preserve">Resultado: </w:t>
      </w:r>
      <w:r>
        <w:rPr>
          <w:b w:val="0"/>
        </w:rPr>
        <w:t>[APROBADO / RECHAZADO / POR UNANIMIDAD]</w:t>
      </w:r>
    </w:p>
    <w:p>
      <w:pPr>
        <w:spacing w:before="120" w:after="40"/>
      </w:pPr>
      <w:r>
        <w:rPr>
          <w:b/>
        </w:rPr>
        <w:t>Punto 4. Ruegos y preguntas</w:t>
      </w:r>
    </w:p>
    <w:p>
      <w:pPr>
        <w:spacing w:after="160"/>
      </w:pPr>
      <w:r>
        <w:rPr>
          <w:b w:val="0"/>
        </w:rPr>
        <w:t>[QUIÉN PREGUNTA O PROPONE QUÉ Y QUÉ SE LE CONTESTA]</w:t>
      </w:r>
    </w:p>
    <w:p>
      <w:pPr>
        <w:spacing w:before="120" w:after="280"/>
      </w:pPr>
      <w:r>
        <w:rPr>
          <w:b w:val="0"/>
        </w:rPr>
        <w:t>Y no habiendo más asuntos que tratar, [NOMBRE DE QUIEN PRESIDE] levanta la sesión a las [HORA] del día indicado. De todo lo cual, como secretario/a, doy fe con el visto bueno del presidente/a.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</w:tcPr>
          <w:p>
            <w:pPr>
              <w:spacing w:before="0"/>
              <w:jc w:val="center"/>
            </w:pPr>
            <w:r/>
            <w:r>
              <w:rPr>
                <w:b/>
              </w:rPr>
              <w:t>El/la secretario/a</w:t>
            </w:r>
            <w:r>
              <w:br/>
            </w:r>
            <w:r>
              <w:br/>
              <w:br/>
              <w:br/>
            </w:r>
            <w:r>
              <w:t>Fdo.: [NOMBRE Y APELLIDOS]</w:t>
            </w:r>
          </w:p>
        </w:tc>
        <w:tc>
          <w:tcPr>
            <w:tcW w:type="dxa" w:w="4535"/>
          </w:tcPr>
          <w:p>
            <w:pPr>
              <w:spacing w:before="0"/>
              <w:jc w:val="center"/>
            </w:pPr>
            <w:r/>
            <w:r>
              <w:rPr>
                <w:b/>
              </w:rPr>
              <w:t>Visto bueno</w:t>
            </w:r>
            <w:r>
              <w:br/>
              <w:t>El/la presidente/a</w:t>
            </w:r>
            <w:r>
              <w:br/>
              <w:br/>
              <w:br/>
            </w:r>
            <w:r>
              <w:t>Fdo.: [NOMBRE Y APELLIDOS]</w:t>
            </w:r>
          </w:p>
        </w:tc>
      </w:tr>
    </w:tbl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