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 w:val="0"/>
          <w:highlight w:val="yellow"/>
        </w:rPr>
        <w:t>[NOMBRE Y APELLIDOS]</w:t>
      </w:r>
      <w:r>
        <w:br/>
      </w: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  <w:r>
        <w:br/>
      </w:r>
      <w:r>
        <w:rPr>
          <w:b w:val="0"/>
          <w:highlight w:val="yellow"/>
        </w:rPr>
        <w:t>[PUESTO Y DEPARTAMENTO]</w:t>
      </w:r>
    </w:p>
    <w:p>
      <w:pPr>
        <w:spacing w:after="280"/>
      </w:pPr>
      <w:r>
        <w:rPr>
          <w:b w:val="0"/>
          <w:highlight w:val="yellow"/>
        </w:rPr>
        <w:t>[NOMBRE DE LA EMPRESA]</w:t>
      </w:r>
      <w:r>
        <w:br/>
      </w:r>
      <w:r>
        <w:rPr>
          <w:b w:val="0"/>
        </w:rPr>
        <w:t xml:space="preserve">A la atención de </w:t>
      </w:r>
      <w:r>
        <w:rPr>
          <w:b w:val="0"/>
          <w:highlight w:val="yellow"/>
        </w:rPr>
        <w:t>[RESPONSABLE O RECURSOS HUMANOS]</w:t>
      </w:r>
    </w:p>
    <w:p>
      <w:pPr>
        <w:spacing w:after="280"/>
        <w:jc w:val="right"/>
      </w:pPr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pPr>
        <w:spacing w:after="240"/>
      </w:pPr>
      <w:r>
        <w:rPr>
          <w:b/>
        </w:rPr>
        <w:t xml:space="preserve">Asunto: </w:t>
      </w:r>
      <w:r>
        <w:rPr>
          <w:b/>
        </w:rPr>
        <w:t>solicitud de vacaciones</w:t>
      </w:r>
    </w:p>
    <w:p>
      <w:pPr>
        <w:jc w:val="left"/>
      </w:pPr>
      <w:r>
        <w:rPr>
          <w:b w:val="0"/>
        </w:rPr>
        <w:t xml:space="preserve">Por medio de este escrito solicito disfrutar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días de vacaciones correspondientes a </w:t>
      </w:r>
      <w:r>
        <w:rPr>
          <w:b w:val="0"/>
          <w:highlight w:val="yellow"/>
        </w:rPr>
        <w:t>[AÑO]</w:t>
      </w:r>
      <w:r>
        <w:rPr>
          <w:b w:val="0"/>
        </w:rPr>
        <w:t xml:space="preserve">, del </w:t>
      </w:r>
      <w:r>
        <w:rPr>
          <w:b w:val="0"/>
          <w:highlight w:val="yellow"/>
        </w:rPr>
        <w:t>[FECHA DE INICIO]</w:t>
      </w:r>
      <w:r>
        <w:rPr>
          <w:b w:val="0"/>
        </w:rPr>
        <w:t xml:space="preserve"> al </w:t>
      </w:r>
      <w:r>
        <w:rPr>
          <w:b w:val="0"/>
          <w:highlight w:val="yellow"/>
        </w:rPr>
        <w:t>[FECHA DE FIN]</w:t>
      </w:r>
      <w:r>
        <w:rPr>
          <w:b w:val="0"/>
        </w:rPr>
        <w:t xml:space="preserve">, ambos incluidos, con incorporación al trabajo el </w:t>
      </w:r>
      <w:r>
        <w:rPr>
          <w:b w:val="0"/>
          <w:highlight w:val="yellow"/>
        </w:rPr>
        <w:t>[FECHA DE VUELTA]</w:t>
      </w:r>
      <w:r>
        <w:rPr>
          <w:b w:val="0"/>
        </w:rPr>
        <w:t>.</w:t>
      </w:r>
    </w:p>
    <w:p>
      <w:pPr>
        <w:jc w:val="left"/>
      </w:pPr>
      <w:r>
        <w:rPr>
          <w:b w:val="0"/>
        </w:rPr>
        <w:t xml:space="preserve">Si estas fechas no fueran posibles, propongo como alternativa del </w:t>
      </w:r>
      <w:r>
        <w:rPr>
          <w:b w:val="0"/>
          <w:highlight w:val="yellow"/>
        </w:rPr>
        <w:t>[FECHA]</w:t>
      </w:r>
      <w:r>
        <w:rPr>
          <w:b w:val="0"/>
        </w:rPr>
        <w:t xml:space="preserve"> al </w:t>
      </w:r>
      <w:r>
        <w:rPr>
          <w:b w:val="0"/>
          <w:highlight w:val="yellow"/>
        </w:rPr>
        <w:t>[FECHA]</w:t>
      </w:r>
      <w:r>
        <w:rPr>
          <w:b w:val="0"/>
        </w:rPr>
        <w:t xml:space="preserve">. </w:t>
      </w:r>
      <w:r>
        <w:rPr>
          <w:b w:val="0"/>
          <w:highlight w:val="yellow"/>
        </w:rPr>
        <w:t>[BORRA ESTE PÁRRAFO SI NO LO NECESITAS]</w:t>
      </w:r>
    </w:p>
    <w:p>
      <w:pPr>
        <w:jc w:val="left"/>
      </w:pPr>
      <w:r>
        <w:rPr>
          <w:b w:val="0"/>
        </w:rPr>
        <w:t>Les ruego que me confirmen por escrito si las fechas quedan aprobadas.</w:t>
      </w:r>
    </w:p>
    <w:p>
      <w:pPr>
        <w:spacing w:after="800"/>
      </w:pPr>
      <w:r>
        <w:rPr>
          <w:b w:val="0"/>
        </w:rPr>
        <w:t>Atentamente,</w:t>
      </w:r>
    </w:p>
    <w:p>
      <w:pPr>
        <w:spacing w:after="480"/>
      </w:pPr>
      <w:r>
        <w:rPr>
          <w:b w:val="0"/>
        </w:rPr>
        <w:t>Firma: ______________________________</w:t>
      </w:r>
      <w:r>
        <w:br/>
      </w:r>
      <w:r>
        <w:rPr>
          <w:b w:val="0"/>
          <w:highlight w:val="yellow"/>
        </w:rPr>
        <w:t>[NOMBRE Y APELLIDOS]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504"/>
      </w:tblGrid>
      <w:tr>
        <w:tc>
          <w:tcPr>
            <w:tcW w:type="dxa" w:w="8504"/>
          </w:tcPr>
          <w:p>
            <w:pPr>
              <w:spacing w:after="120"/>
            </w:pPr>
            <w:r>
              <w:rPr>
                <w:b/>
              </w:rPr>
              <w:t>Respuesta de la empresa</w:t>
            </w:r>
          </w:p>
          <w:p>
            <w:pPr>
              <w:spacing w:after="120"/>
            </w:pPr>
            <w:r>
              <w:rPr>
                <w:b w:val="0"/>
              </w:rPr>
              <w:t>Vacaciones aprobadas:   SÍ  /  NO</w:t>
            </w:r>
          </w:p>
          <w:p>
            <w:pPr>
              <w:spacing w:after="120"/>
            </w:pPr>
            <w:r>
              <w:rPr>
                <w:b w:val="0"/>
              </w:rPr>
              <w:t xml:space="preserve">Observaciones: </w:t>
            </w:r>
            <w:r>
              <w:rPr>
                <w:b w:val="0"/>
                <w:highlight w:val="yellow"/>
              </w:rPr>
              <w:t>[SI HAY CAMBIOS DE FECHAS, SE INDICAN AQUÍ]</w:t>
            </w:r>
          </w:p>
          <w:p>
            <w:pPr>
              <w:spacing w:after="120"/>
            </w:pPr>
            <w:r>
              <w:rPr>
                <w:b w:val="0"/>
              </w:rPr>
              <w:t xml:space="preserve">Nombre, cargo y firma: </w:t>
            </w:r>
            <w:r>
              <w:rPr>
                <w:b w:val="0"/>
                <w:highlight w:val="yellow"/>
              </w:rPr>
              <w:t>[NOMBRE Y CARGO]</w:t>
            </w:r>
          </w:p>
          <w:p>
            <w:pPr>
              <w:spacing w:after="120"/>
            </w:pPr>
            <w:r>
              <w:rPr>
                <w:b w:val="0"/>
              </w:rPr>
              <w:t xml:space="preserve">Fecha: </w:t>
            </w:r>
            <w:r>
              <w:rPr>
                <w:b w:val="0"/>
                <w:highlight w:val="yellow"/>
              </w:rPr>
              <w:t>[FECHA]</w:t>
            </w:r>
          </w:p>
          <w:p>
            <w:pPr>
              <w:spacing w:after="600"/>
            </w:pPr>
          </w:p>
        </w:tc>
      </w:tr>
    </w:tbl>
    <w:p>
      <w:pPr>
        <w:spacing w:before="360"/>
      </w:pPr>
      <w:r>
        <w:rPr>
          <w:i/>
          <w:color w:val="666666"/>
          <w:sz w:val="18"/>
        </w:rPr>
        <w:t>Modelo orientativo de www.modelines.com. Sustituye los textos entre corchetes por tus datos y borra lo que no uses.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vacaciones</dc:title>
  <dc:subject/>
  <dc:creator>www.modelines.com</dc:creator>
  <cp:keywords/>
  <dc:description>Modelo orientativo. Sustituye los textos entre corchetes por tus datos.</dc:description>
  <cp:lastModifiedBy>www.modelines.com</cp:lastModifiedBy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